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72BCD2" w14:textId="77777777" w:rsidR="006C3957" w:rsidRPr="006C3957" w:rsidRDefault="006C3957">
      <w:pPr>
        <w:spacing w:after="160"/>
        <w:jc w:val="center"/>
        <w:rPr>
          <w:rFonts w:cs="Times New Roman"/>
          <w:b/>
          <w:szCs w:val="28"/>
          <w:lang w:val="uk-UA"/>
        </w:rPr>
      </w:pPr>
      <w:r w:rsidRPr="006C3957">
        <w:rPr>
          <w:rFonts w:cs="Times New Roman"/>
          <w:b/>
          <w:szCs w:val="28"/>
          <w:lang w:val="uk-UA"/>
        </w:rPr>
        <w:object w:dxaOrig="765" w:dyaOrig="1005" w14:anchorId="3648F57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5pt;height:50.25pt" o:ole="">
            <v:imagedata r:id="rId6" o:title=""/>
          </v:shape>
          <o:OLEObject Type="Embed" ProgID="PBrush" ShapeID="_x0000_i1025" DrawAspect="Content" ObjectID="_1853312467" r:id="rId7"/>
        </w:object>
      </w:r>
    </w:p>
    <w:p w14:paraId="6EBFE670" w14:textId="77777777" w:rsidR="006C3957" w:rsidRPr="006C3957" w:rsidRDefault="006C3957" w:rsidP="006C3957">
      <w:pPr>
        <w:widowControl w:val="0"/>
        <w:jc w:val="center"/>
        <w:rPr>
          <w:rFonts w:cs="Times New Roman"/>
          <w:b/>
          <w:szCs w:val="28"/>
          <w:lang w:val="uk-UA"/>
        </w:rPr>
      </w:pPr>
      <w:r w:rsidRPr="006C3957">
        <w:rPr>
          <w:rFonts w:cs="Times New Roman"/>
          <w:b/>
          <w:szCs w:val="28"/>
          <w:lang w:val="uk-UA"/>
        </w:rPr>
        <w:t>ГІРСЬКА СІЛЬСЬКА РАДА</w:t>
      </w:r>
    </w:p>
    <w:p w14:paraId="52F84C79" w14:textId="77777777" w:rsidR="006C3957" w:rsidRPr="006C3957" w:rsidRDefault="006C3957" w:rsidP="006C3957">
      <w:pPr>
        <w:widowControl w:val="0"/>
        <w:jc w:val="center"/>
        <w:rPr>
          <w:rFonts w:cs="Times New Roman"/>
          <w:b/>
          <w:szCs w:val="28"/>
          <w:lang w:val="uk-UA"/>
        </w:rPr>
      </w:pPr>
      <w:r w:rsidRPr="006C3957">
        <w:rPr>
          <w:rFonts w:cs="Times New Roman"/>
          <w:b/>
          <w:szCs w:val="28"/>
          <w:lang w:val="uk-UA"/>
        </w:rPr>
        <w:t>БОРИСПІЛЬСЬКОГО РАЙОНУ КИЇВСЬКОЇ ОБЛАСТІ</w:t>
      </w:r>
    </w:p>
    <w:p w14:paraId="5D340A8C" w14:textId="77777777" w:rsidR="006C3957" w:rsidRPr="006C3957" w:rsidRDefault="006C3957" w:rsidP="0072008C">
      <w:pPr>
        <w:jc w:val="center"/>
        <w:rPr>
          <w:b/>
          <w:sz w:val="30"/>
          <w:lang w:val="uk-UA"/>
        </w:rPr>
      </w:pPr>
      <w:r w:rsidRPr="006C3957">
        <w:rPr>
          <w:rFonts w:cs="Times New Roman"/>
          <w:b/>
          <w:szCs w:val="28"/>
          <w:lang w:val="uk-UA"/>
        </w:rPr>
        <w:t>ВИКОНАВЧИЙ КОМІТЕТ</w:t>
      </w:r>
      <w:r w:rsidRPr="006C3957">
        <w:rPr>
          <w:b/>
          <w:sz w:val="30"/>
          <w:lang w:val="uk-UA"/>
        </w:rPr>
        <w:t xml:space="preserve"> </w:t>
      </w:r>
    </w:p>
    <w:p w14:paraId="6963CFE7" w14:textId="77777777" w:rsidR="0072008C" w:rsidRDefault="0072008C" w:rsidP="0072008C">
      <w:pPr>
        <w:jc w:val="center"/>
        <w:rPr>
          <w:b/>
          <w:sz w:val="30"/>
          <w:lang w:val="uk-UA"/>
        </w:rPr>
      </w:pPr>
    </w:p>
    <w:p w14:paraId="3CF52AE9" w14:textId="630C4945" w:rsidR="00F824FE" w:rsidRPr="006C3957" w:rsidRDefault="000B4EFD" w:rsidP="0072008C">
      <w:pPr>
        <w:jc w:val="center"/>
        <w:rPr>
          <w:lang w:val="uk-UA"/>
        </w:rPr>
      </w:pPr>
      <w:r w:rsidRPr="006C3957">
        <w:rPr>
          <w:b/>
          <w:sz w:val="30"/>
          <w:lang w:val="uk-UA"/>
        </w:rPr>
        <w:t>РІШЕННЯ</w:t>
      </w:r>
    </w:p>
    <w:p w14:paraId="6BF43016" w14:textId="77777777" w:rsidR="0072008C" w:rsidRDefault="0072008C">
      <w:pPr>
        <w:spacing w:after="160"/>
        <w:rPr>
          <w:lang w:val="uk-UA"/>
        </w:rPr>
      </w:pPr>
    </w:p>
    <w:p w14:paraId="247BF0D5" w14:textId="2D707AE0" w:rsidR="00F824FE" w:rsidRDefault="0072008C" w:rsidP="0072008C">
      <w:pPr>
        <w:jc w:val="both"/>
        <w:rPr>
          <w:lang w:val="uk-UA"/>
        </w:rPr>
      </w:pPr>
      <w:r>
        <w:rPr>
          <w:lang w:val="uk-UA"/>
        </w:rPr>
        <w:t>09 жовтня</w:t>
      </w:r>
      <w:r w:rsidR="000B4EFD" w:rsidRPr="006C3957">
        <w:rPr>
          <w:lang w:val="uk-UA"/>
        </w:rPr>
        <w:t xml:space="preserve"> 2026 року</w:t>
      </w:r>
      <w:r w:rsidR="006C3957" w:rsidRPr="006C3957">
        <w:rPr>
          <w:lang w:val="uk-UA"/>
        </w:rPr>
        <w:tab/>
      </w:r>
      <w:r w:rsidR="006C3957" w:rsidRPr="006C3957">
        <w:rPr>
          <w:lang w:val="uk-UA"/>
        </w:rPr>
        <w:tab/>
      </w:r>
      <w:r w:rsidR="006C3957" w:rsidRPr="006C3957">
        <w:rPr>
          <w:lang w:val="uk-UA"/>
        </w:rPr>
        <w:tab/>
      </w:r>
      <w:r w:rsidR="006C3957" w:rsidRPr="006C3957">
        <w:rPr>
          <w:lang w:val="uk-UA"/>
        </w:rPr>
        <w:tab/>
      </w:r>
      <w:r w:rsidR="006C3957" w:rsidRPr="006C3957">
        <w:rPr>
          <w:lang w:val="uk-UA"/>
        </w:rPr>
        <w:tab/>
      </w:r>
      <w:r w:rsidR="006C3957" w:rsidRPr="006C3957">
        <w:rPr>
          <w:lang w:val="uk-UA"/>
        </w:rPr>
        <w:tab/>
      </w:r>
      <w:r w:rsidR="006C3957" w:rsidRPr="006C3957">
        <w:rPr>
          <w:lang w:val="uk-UA"/>
        </w:rPr>
        <w:tab/>
      </w:r>
      <w:r w:rsidR="006C3957" w:rsidRPr="006C3957">
        <w:rPr>
          <w:lang w:val="uk-UA"/>
        </w:rPr>
        <w:tab/>
      </w:r>
      <w:r>
        <w:rPr>
          <w:lang w:val="uk-UA"/>
        </w:rPr>
        <w:t xml:space="preserve">               </w:t>
      </w:r>
      <w:r w:rsidR="000B4EFD" w:rsidRPr="006C3957">
        <w:rPr>
          <w:lang w:val="uk-UA"/>
        </w:rPr>
        <w:t xml:space="preserve"> № </w:t>
      </w:r>
      <w:r w:rsidR="000D02B6">
        <w:rPr>
          <w:lang w:val="uk-UA"/>
        </w:rPr>
        <w:t>2</w:t>
      </w:r>
      <w:r>
        <w:rPr>
          <w:lang w:val="uk-UA"/>
        </w:rPr>
        <w:t>45</w:t>
      </w:r>
    </w:p>
    <w:p w14:paraId="19EB6A0A" w14:textId="77777777" w:rsidR="000D02B6" w:rsidRPr="006C3957" w:rsidRDefault="000D02B6" w:rsidP="0072008C">
      <w:pPr>
        <w:jc w:val="both"/>
        <w:rPr>
          <w:lang w:val="uk-UA"/>
        </w:rPr>
      </w:pPr>
    </w:p>
    <w:p w14:paraId="41D2DA18" w14:textId="77777777" w:rsidR="00F824FE" w:rsidRDefault="000B4EFD" w:rsidP="000D02B6">
      <w:pPr>
        <w:rPr>
          <w:b/>
          <w:lang w:val="uk-UA"/>
        </w:rPr>
      </w:pPr>
      <w:r w:rsidRPr="006C3957">
        <w:rPr>
          <w:b/>
          <w:lang w:val="uk-UA"/>
        </w:rPr>
        <w:t>Про встановлення тарифів на послуги з централізованого водопостачання</w:t>
      </w:r>
      <w:r w:rsidRPr="006C3957">
        <w:rPr>
          <w:b/>
          <w:lang w:val="uk-UA"/>
        </w:rPr>
        <w:br/>
        <w:t>та централізованого водовідведення</w:t>
      </w:r>
    </w:p>
    <w:p w14:paraId="6185B146" w14:textId="77777777" w:rsidR="000D02B6" w:rsidRPr="006C3957" w:rsidRDefault="000D02B6" w:rsidP="000D02B6">
      <w:pPr>
        <w:rPr>
          <w:lang w:val="uk-UA"/>
        </w:rPr>
      </w:pPr>
    </w:p>
    <w:p w14:paraId="5105A5D5" w14:textId="77777777" w:rsidR="00F824FE" w:rsidRDefault="000B4EFD">
      <w:pPr>
        <w:ind w:firstLine="709"/>
        <w:jc w:val="both"/>
        <w:rPr>
          <w:lang w:val="uk-UA"/>
        </w:rPr>
      </w:pPr>
      <w:r w:rsidRPr="006C3957">
        <w:rPr>
          <w:lang w:val="uk-UA"/>
        </w:rPr>
        <w:t xml:space="preserve">Розглянувши заяву комунального підприємства «Горянин» Гірської сільської ради про встановлення тарифів на послуги з централізованого водопостачання та централізованого водовідведення </w:t>
      </w:r>
      <w:proofErr w:type="spellStart"/>
      <w:r w:rsidRPr="006C3957">
        <w:rPr>
          <w:lang w:val="uk-UA"/>
        </w:rPr>
        <w:t>вх</w:t>
      </w:r>
      <w:proofErr w:type="spellEnd"/>
      <w:r w:rsidRPr="006C3957">
        <w:rPr>
          <w:lang w:val="uk-UA"/>
        </w:rPr>
        <w:t xml:space="preserve">. № 4178-02-15-26 від 04.09.2026, лист КП «Горянин» </w:t>
      </w:r>
      <w:proofErr w:type="spellStart"/>
      <w:r w:rsidRPr="006C3957">
        <w:rPr>
          <w:lang w:val="uk-UA"/>
        </w:rPr>
        <w:t>вх</w:t>
      </w:r>
      <w:proofErr w:type="spellEnd"/>
      <w:r w:rsidRPr="006C3957">
        <w:rPr>
          <w:lang w:val="uk-UA"/>
        </w:rPr>
        <w:t>. № 4366-02-14-26 від 15.09.2026, подані розрахунки та підтвердні матеріали, враховуючи результати процедури інформування споживачів про намір зміни тарифів, керуючись підпунктом 2 пункту «а» статті 28, частиною шостою статті 59 Закону України «Про місцеве самоврядування в Україні», Законом України «Про житлово-комунальні послуги», Законом України «Про питну воду та питне водопостачання», Порядком формування тарифів на послуги з централізованого водопостачання та централізованого водовідведення, затвердженим постановою Національної комісії, що здійснює державне регулювання у сферах енергетики та комунальних послуг, від 05.05.2026 № 688, Порядком розгляду органами місцевого самоврядування розрахунків тарифів на теплову енергію, її виробництво, транспортування та постачання, а також розрахунків тарифів на комунальні послуги, поданих для їх встановлення, затвердженим наказом Міністерства регіонального розвитку, будівництва та житлово-комунального господарства України від 12.09.2018 № 239, Порядком інформування споживачів про намір зміни цін/тарифів на комунальні послуги з обґрунтуванням такої необхідності, затвердженим наказом Міністерства регіонального розвитку, будівництва та житлово-комунального господарства України від 05.06.2018 № 130, з метою приведення тарифів до рівня економічно обґрунтованих витрат та забезпечення стабільного надання послуг, виконавчий комітет Гірської сільської ради</w:t>
      </w:r>
    </w:p>
    <w:p w14:paraId="0DC6091D" w14:textId="77777777" w:rsidR="000D02B6" w:rsidRPr="006C3957" w:rsidRDefault="000D02B6">
      <w:pPr>
        <w:ind w:firstLine="709"/>
        <w:jc w:val="both"/>
        <w:rPr>
          <w:lang w:val="uk-UA"/>
        </w:rPr>
      </w:pPr>
    </w:p>
    <w:p w14:paraId="60B7B16C" w14:textId="77777777" w:rsidR="00F824FE" w:rsidRDefault="000B4EFD" w:rsidP="000D02B6">
      <w:pPr>
        <w:rPr>
          <w:b/>
          <w:lang w:val="uk-UA"/>
        </w:rPr>
      </w:pPr>
      <w:r w:rsidRPr="006C3957">
        <w:rPr>
          <w:b/>
          <w:lang w:val="uk-UA"/>
        </w:rPr>
        <w:t>ВИРІШИВ:</w:t>
      </w:r>
    </w:p>
    <w:p w14:paraId="35EEDD54" w14:textId="77777777" w:rsidR="000D02B6" w:rsidRPr="006C3957" w:rsidRDefault="000D02B6" w:rsidP="000D02B6">
      <w:pPr>
        <w:rPr>
          <w:lang w:val="uk-UA"/>
        </w:rPr>
      </w:pPr>
    </w:p>
    <w:p w14:paraId="021E5C4C" w14:textId="77777777" w:rsidR="00F824FE" w:rsidRPr="006C3957" w:rsidRDefault="000B4EFD" w:rsidP="000D02B6">
      <w:pPr>
        <w:ind w:firstLine="567"/>
        <w:jc w:val="both"/>
        <w:rPr>
          <w:lang w:val="uk-UA"/>
        </w:rPr>
      </w:pPr>
      <w:r w:rsidRPr="006C3957">
        <w:rPr>
          <w:lang w:val="uk-UA"/>
        </w:rPr>
        <w:t>1. Встановити комунальному підприємству «Горянин» Гірської сільської ради тарифи на послуги:</w:t>
      </w:r>
    </w:p>
    <w:p w14:paraId="28C30671" w14:textId="77777777" w:rsidR="000D02B6" w:rsidRDefault="000B4EFD" w:rsidP="000D02B6">
      <w:pPr>
        <w:ind w:firstLine="1134"/>
        <w:jc w:val="both"/>
        <w:rPr>
          <w:lang w:val="uk-UA"/>
        </w:rPr>
      </w:pPr>
      <w:r w:rsidRPr="006C3957">
        <w:rPr>
          <w:lang w:val="uk-UA"/>
        </w:rPr>
        <w:lastRenderedPageBreak/>
        <w:t>1.1. з централізованого водопостачання - 40,56 грн за 1 м³ без ПДВ; ПДВ - 8,11 грн; всього з ПДВ - 48,67 грн за 1 м³;</w:t>
      </w:r>
    </w:p>
    <w:p w14:paraId="3D337DB8" w14:textId="5F53B13B" w:rsidR="00F824FE" w:rsidRPr="006C3957" w:rsidRDefault="000B4EFD" w:rsidP="000D02B6">
      <w:pPr>
        <w:ind w:firstLine="1134"/>
        <w:jc w:val="both"/>
        <w:rPr>
          <w:lang w:val="uk-UA"/>
        </w:rPr>
      </w:pPr>
      <w:r w:rsidRPr="006C3957">
        <w:rPr>
          <w:lang w:val="uk-UA"/>
        </w:rPr>
        <w:t>1.2. з централізованого водовідведення - 90,87 грн за 1 м³ без ПДВ; ПДВ - 18,17 грн; всього з ПДВ - 109,04 грн за 1 м³.</w:t>
      </w:r>
    </w:p>
    <w:p w14:paraId="7B6AD9CD" w14:textId="77777777" w:rsidR="00F824FE" w:rsidRPr="006C3957" w:rsidRDefault="000B4EFD" w:rsidP="000D02B6">
      <w:pPr>
        <w:ind w:firstLine="567"/>
        <w:jc w:val="both"/>
        <w:rPr>
          <w:lang w:val="uk-UA"/>
        </w:rPr>
      </w:pPr>
      <w:r w:rsidRPr="006C3957">
        <w:rPr>
          <w:lang w:val="uk-UA"/>
        </w:rPr>
        <w:t>2. Встановити структуру тарифів на послуги з централізованого водопостачання та централізованого водовідведення згідно з додатком 1 до цього рішення.</w:t>
      </w:r>
    </w:p>
    <w:p w14:paraId="4D328522" w14:textId="77777777" w:rsidR="00F824FE" w:rsidRPr="006C3957" w:rsidRDefault="000B4EFD" w:rsidP="000D02B6">
      <w:pPr>
        <w:ind w:firstLine="567"/>
        <w:jc w:val="both"/>
        <w:rPr>
          <w:lang w:val="uk-UA"/>
        </w:rPr>
      </w:pPr>
      <w:r w:rsidRPr="006C3957">
        <w:rPr>
          <w:lang w:val="uk-UA"/>
        </w:rPr>
        <w:t>3. Ввести в дію тарифи, встановлені пунктом 1 цього рішення, з 01 листопада 2026 року.</w:t>
      </w:r>
    </w:p>
    <w:p w14:paraId="262A4657" w14:textId="77777777" w:rsidR="00F824FE" w:rsidRPr="006C3957" w:rsidRDefault="000B4EFD" w:rsidP="000D02B6">
      <w:pPr>
        <w:ind w:firstLine="567"/>
        <w:jc w:val="both"/>
        <w:rPr>
          <w:lang w:val="uk-UA"/>
        </w:rPr>
      </w:pPr>
      <w:r w:rsidRPr="006C3957">
        <w:rPr>
          <w:lang w:val="uk-UA"/>
        </w:rPr>
        <w:t>4. Директору КП «Горянин» Гірської сільської ради забезпечити інформування споживачів про зміну тарифів з посиланням на це рішення у строк, що не перевищує 15 днів з дати введення тарифів у дію.</w:t>
      </w:r>
    </w:p>
    <w:p w14:paraId="3ED93B0B" w14:textId="77777777" w:rsidR="00F824FE" w:rsidRPr="006C3957" w:rsidRDefault="000B4EFD" w:rsidP="000D02B6">
      <w:pPr>
        <w:ind w:firstLine="567"/>
        <w:jc w:val="both"/>
        <w:rPr>
          <w:lang w:val="uk-UA"/>
        </w:rPr>
      </w:pPr>
      <w:r w:rsidRPr="006C3957">
        <w:rPr>
          <w:lang w:val="uk-UA"/>
        </w:rPr>
        <w:t>5. Управлінню житлово-комунального господарства та капітального будівництва Гірської сільської ради забезпечити направлення копії цього рішення на електронну та поштову адресу Національної комісії, що здійснює державне регулювання у сферах енергетики та комунальних послуг, не пізніше п’яти робочих днів з дня встановлення тарифів.</w:t>
      </w:r>
    </w:p>
    <w:p w14:paraId="2EBADAC1" w14:textId="77777777" w:rsidR="00F824FE" w:rsidRPr="006C3957" w:rsidRDefault="000B4EFD" w:rsidP="000D02B6">
      <w:pPr>
        <w:ind w:firstLine="567"/>
        <w:jc w:val="both"/>
        <w:rPr>
          <w:lang w:val="uk-UA"/>
        </w:rPr>
      </w:pPr>
      <w:r w:rsidRPr="006C3957">
        <w:rPr>
          <w:lang w:val="uk-UA"/>
        </w:rPr>
        <w:t xml:space="preserve">6. Це рішення підлягає оприлюдненню на офіційному </w:t>
      </w:r>
      <w:proofErr w:type="spellStart"/>
      <w:r w:rsidRPr="006C3957">
        <w:rPr>
          <w:lang w:val="uk-UA"/>
        </w:rPr>
        <w:t>вебсайті</w:t>
      </w:r>
      <w:proofErr w:type="spellEnd"/>
      <w:r w:rsidRPr="006C3957">
        <w:rPr>
          <w:lang w:val="uk-UA"/>
        </w:rPr>
        <w:t xml:space="preserve"> Гірської сільської ради невідкладно, але не пізніше п’яти робочих днів з дати його прийняття.</w:t>
      </w:r>
    </w:p>
    <w:p w14:paraId="5166FC13" w14:textId="0C0B91C0" w:rsidR="00F824FE" w:rsidRPr="006C3957" w:rsidRDefault="000B4EFD" w:rsidP="000D02B6">
      <w:pPr>
        <w:ind w:firstLine="567"/>
        <w:jc w:val="both"/>
        <w:rPr>
          <w:lang w:val="uk-UA"/>
        </w:rPr>
      </w:pPr>
      <w:r w:rsidRPr="006C3957">
        <w:rPr>
          <w:lang w:val="uk-UA"/>
        </w:rPr>
        <w:t xml:space="preserve">7. Визнати таким, що втратило чинність з 01 листопада 2026 року, рішення виконавчого комітету Гірської сільської ради від </w:t>
      </w:r>
      <w:r w:rsidR="006C3957">
        <w:rPr>
          <w:lang w:val="uk-UA"/>
        </w:rPr>
        <w:t>21 жовтня 2024 року.</w:t>
      </w:r>
      <w:r w:rsidRPr="006C3957">
        <w:rPr>
          <w:lang w:val="uk-UA"/>
        </w:rPr>
        <w:t xml:space="preserve"> № </w:t>
      </w:r>
      <w:r w:rsidR="006C3957">
        <w:rPr>
          <w:lang w:val="uk-UA"/>
        </w:rPr>
        <w:t>197</w:t>
      </w:r>
      <w:r w:rsidRPr="006C3957">
        <w:rPr>
          <w:lang w:val="uk-UA"/>
        </w:rPr>
        <w:t xml:space="preserve"> «Про </w:t>
      </w:r>
      <w:r w:rsidR="00311455">
        <w:rPr>
          <w:lang w:val="uk-UA"/>
        </w:rPr>
        <w:t>встановлення тарифів на послуги централізованого водопостачання та централізованого водовідведення</w:t>
      </w:r>
      <w:r w:rsidRPr="006C3957">
        <w:rPr>
          <w:lang w:val="uk-UA"/>
        </w:rPr>
        <w:t>».</w:t>
      </w:r>
    </w:p>
    <w:p w14:paraId="76E13632" w14:textId="77777777" w:rsidR="00F824FE" w:rsidRPr="006C3957" w:rsidRDefault="000B4EFD" w:rsidP="000D02B6">
      <w:pPr>
        <w:ind w:firstLine="567"/>
        <w:jc w:val="both"/>
        <w:rPr>
          <w:lang w:val="uk-UA"/>
        </w:rPr>
      </w:pPr>
      <w:r w:rsidRPr="006C3957">
        <w:rPr>
          <w:lang w:val="uk-UA"/>
        </w:rPr>
        <w:t>8. Рішення набирає чинності з дня його офіційного оприлюднення, крім пункту 1 цього рішення, тарифи за яким вводяться в дію з 01 листопада 2026 року.</w:t>
      </w:r>
    </w:p>
    <w:p w14:paraId="38E91F70" w14:textId="132C6FFD" w:rsidR="00F824FE" w:rsidRPr="006C3957" w:rsidRDefault="000B4EFD" w:rsidP="000D02B6">
      <w:pPr>
        <w:ind w:firstLine="567"/>
        <w:jc w:val="both"/>
        <w:rPr>
          <w:lang w:val="uk-UA"/>
        </w:rPr>
      </w:pPr>
      <w:r w:rsidRPr="006C3957">
        <w:rPr>
          <w:lang w:val="uk-UA"/>
        </w:rPr>
        <w:t>9. Контроль за виконанням цього рішення покласти на постійну комісію з питань комунальної власності, житлової політики, комунального господарства, транспорту, енергозбереження та благоустрою.</w:t>
      </w:r>
    </w:p>
    <w:p w14:paraId="2AD0FB67" w14:textId="77777777" w:rsidR="00137D61" w:rsidRPr="006C3957" w:rsidRDefault="00137D61">
      <w:pPr>
        <w:spacing w:after="60"/>
        <w:jc w:val="both"/>
        <w:rPr>
          <w:lang w:val="uk-UA"/>
        </w:rPr>
      </w:pPr>
    </w:p>
    <w:p w14:paraId="3F46EE26" w14:textId="77777777" w:rsidR="000D02B6" w:rsidRDefault="000D02B6">
      <w:pPr>
        <w:rPr>
          <w:lang w:val="uk-UA"/>
        </w:rPr>
      </w:pPr>
    </w:p>
    <w:p w14:paraId="7B90C791" w14:textId="7A0D7192" w:rsidR="00F824FE" w:rsidRPr="006C3957" w:rsidRDefault="000D02B6">
      <w:pPr>
        <w:rPr>
          <w:lang w:val="uk-UA"/>
        </w:rPr>
      </w:pPr>
      <w:r>
        <w:rPr>
          <w:b/>
          <w:bCs/>
          <w:lang w:val="uk-UA"/>
        </w:rPr>
        <w:t>Сільський голова                                                                              Роман ДМИТРІВ</w:t>
      </w:r>
      <w:r w:rsidR="000B4EFD" w:rsidRPr="006C3957">
        <w:rPr>
          <w:lang w:val="uk-UA"/>
        </w:rPr>
        <w:br w:type="page"/>
      </w:r>
    </w:p>
    <w:p w14:paraId="7C44F730" w14:textId="66EC0D04" w:rsidR="00F824FE" w:rsidRPr="006C3957" w:rsidRDefault="000B4EFD">
      <w:pPr>
        <w:spacing w:after="200"/>
        <w:jc w:val="right"/>
        <w:rPr>
          <w:lang w:val="uk-UA"/>
        </w:rPr>
      </w:pPr>
      <w:r w:rsidRPr="006C3957">
        <w:rPr>
          <w:sz w:val="24"/>
          <w:lang w:val="uk-UA"/>
        </w:rPr>
        <w:lastRenderedPageBreak/>
        <w:t>Додаток 1</w:t>
      </w:r>
      <w:r w:rsidRPr="006C3957">
        <w:rPr>
          <w:sz w:val="24"/>
          <w:lang w:val="uk-UA"/>
        </w:rPr>
        <w:br/>
        <w:t>до рішення виконавчого комітету</w:t>
      </w:r>
      <w:r w:rsidRPr="006C3957">
        <w:rPr>
          <w:sz w:val="24"/>
          <w:lang w:val="uk-UA"/>
        </w:rPr>
        <w:br/>
        <w:t xml:space="preserve">від </w:t>
      </w:r>
      <w:r w:rsidR="000D02B6">
        <w:rPr>
          <w:sz w:val="24"/>
          <w:lang w:val="uk-UA"/>
        </w:rPr>
        <w:t>09 жовтня</w:t>
      </w:r>
      <w:r w:rsidRPr="006C3957">
        <w:rPr>
          <w:sz w:val="24"/>
          <w:lang w:val="uk-UA"/>
        </w:rPr>
        <w:t xml:space="preserve"> 2026 року № </w:t>
      </w:r>
      <w:r w:rsidR="000D02B6">
        <w:rPr>
          <w:sz w:val="24"/>
          <w:lang w:val="uk-UA"/>
        </w:rPr>
        <w:t>245</w:t>
      </w:r>
    </w:p>
    <w:p w14:paraId="7CCBF3D4" w14:textId="77777777" w:rsidR="00F824FE" w:rsidRPr="006C3957" w:rsidRDefault="000B4EFD">
      <w:pPr>
        <w:spacing w:after="120"/>
        <w:jc w:val="center"/>
        <w:rPr>
          <w:lang w:val="uk-UA"/>
        </w:rPr>
      </w:pPr>
      <w:r w:rsidRPr="006C3957">
        <w:rPr>
          <w:b/>
          <w:sz w:val="26"/>
          <w:lang w:val="uk-UA"/>
        </w:rPr>
        <w:t>СТРУКТУРА ТАРИФІВ</w:t>
      </w:r>
      <w:r w:rsidRPr="006C3957">
        <w:rPr>
          <w:b/>
          <w:sz w:val="26"/>
          <w:lang w:val="uk-UA"/>
        </w:rPr>
        <w:br/>
        <w:t>на послуги з централізованого водопостачання та централізованого водовідведення</w:t>
      </w:r>
    </w:p>
    <w:tbl>
      <w:tblPr>
        <w:tblStyle w:val="aff0"/>
        <w:tblW w:w="10910" w:type="dxa"/>
        <w:jc w:val="center"/>
        <w:tblLayout w:type="fixed"/>
        <w:tblLook w:val="04A0" w:firstRow="1" w:lastRow="0" w:firstColumn="1" w:lastColumn="0" w:noHBand="0" w:noVBand="1"/>
      </w:tblPr>
      <w:tblGrid>
        <w:gridCol w:w="1135"/>
        <w:gridCol w:w="5245"/>
        <w:gridCol w:w="2564"/>
        <w:gridCol w:w="1966"/>
      </w:tblGrid>
      <w:tr w:rsidR="00F824FE" w:rsidRPr="006C3957" w14:paraId="53B2773D" w14:textId="77777777" w:rsidTr="000D02B6">
        <w:trPr>
          <w:tblHeader/>
          <w:jc w:val="center"/>
        </w:trPr>
        <w:tc>
          <w:tcPr>
            <w:tcW w:w="1135" w:type="dxa"/>
            <w:shd w:val="clear" w:color="auto" w:fill="D9E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75614E9" w14:textId="77777777" w:rsidR="00F824FE" w:rsidRPr="006C3957" w:rsidRDefault="000B4EFD">
            <w:pPr>
              <w:jc w:val="center"/>
              <w:rPr>
                <w:lang w:val="uk-UA"/>
              </w:rPr>
            </w:pPr>
            <w:r w:rsidRPr="006C3957">
              <w:rPr>
                <w:b/>
                <w:sz w:val="17"/>
                <w:lang w:val="uk-UA"/>
              </w:rPr>
              <w:t>№ з/п</w:t>
            </w:r>
          </w:p>
        </w:tc>
        <w:tc>
          <w:tcPr>
            <w:tcW w:w="5245" w:type="dxa"/>
            <w:shd w:val="clear" w:color="auto" w:fill="D9E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C6D0316" w14:textId="77777777" w:rsidR="00F824FE" w:rsidRPr="006C3957" w:rsidRDefault="000B4EFD">
            <w:pPr>
              <w:jc w:val="center"/>
              <w:rPr>
                <w:lang w:val="uk-UA"/>
              </w:rPr>
            </w:pPr>
            <w:r w:rsidRPr="006C3957">
              <w:rPr>
                <w:b/>
                <w:sz w:val="17"/>
                <w:lang w:val="uk-UA"/>
              </w:rPr>
              <w:t>Показники структури</w:t>
            </w:r>
          </w:p>
        </w:tc>
        <w:tc>
          <w:tcPr>
            <w:tcW w:w="2564" w:type="dxa"/>
            <w:shd w:val="clear" w:color="auto" w:fill="D9E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D1C5807" w14:textId="77777777" w:rsidR="00F824FE" w:rsidRPr="006C3957" w:rsidRDefault="000B4EFD">
            <w:pPr>
              <w:jc w:val="center"/>
              <w:rPr>
                <w:lang w:val="uk-UA"/>
              </w:rPr>
            </w:pPr>
            <w:r w:rsidRPr="006C3957">
              <w:rPr>
                <w:b/>
                <w:sz w:val="17"/>
                <w:lang w:val="uk-UA"/>
              </w:rPr>
              <w:t>Централізоване</w:t>
            </w:r>
            <w:r w:rsidRPr="006C3957">
              <w:rPr>
                <w:b/>
                <w:sz w:val="17"/>
                <w:lang w:val="uk-UA"/>
              </w:rPr>
              <w:br/>
              <w:t>водопостачання,</w:t>
            </w:r>
            <w:r w:rsidRPr="006C3957">
              <w:rPr>
                <w:b/>
                <w:sz w:val="17"/>
                <w:lang w:val="uk-UA"/>
              </w:rPr>
              <w:br/>
              <w:t>грн/м³</w:t>
            </w:r>
          </w:p>
        </w:tc>
        <w:tc>
          <w:tcPr>
            <w:tcW w:w="1966" w:type="dxa"/>
            <w:shd w:val="clear" w:color="auto" w:fill="D9E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369FA41" w14:textId="77777777" w:rsidR="00F824FE" w:rsidRPr="006C3957" w:rsidRDefault="000B4EFD">
            <w:pPr>
              <w:jc w:val="center"/>
              <w:rPr>
                <w:lang w:val="uk-UA"/>
              </w:rPr>
            </w:pPr>
            <w:r w:rsidRPr="006C3957">
              <w:rPr>
                <w:b/>
                <w:sz w:val="17"/>
                <w:lang w:val="uk-UA"/>
              </w:rPr>
              <w:t>Централізоване</w:t>
            </w:r>
            <w:r w:rsidRPr="006C3957">
              <w:rPr>
                <w:b/>
                <w:sz w:val="17"/>
                <w:lang w:val="uk-UA"/>
              </w:rPr>
              <w:br/>
              <w:t>водовідведення,</w:t>
            </w:r>
            <w:r w:rsidRPr="006C3957">
              <w:rPr>
                <w:b/>
                <w:sz w:val="17"/>
                <w:lang w:val="uk-UA"/>
              </w:rPr>
              <w:br/>
              <w:t>грн/м³</w:t>
            </w:r>
          </w:p>
        </w:tc>
      </w:tr>
      <w:tr w:rsidR="00F824FE" w:rsidRPr="006C3957" w14:paraId="0B0B8845" w14:textId="77777777" w:rsidTr="000D02B6">
        <w:trPr>
          <w:jc w:val="center"/>
        </w:trPr>
        <w:tc>
          <w:tcPr>
            <w:tcW w:w="1135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0954105" w14:textId="77777777" w:rsidR="00F824FE" w:rsidRPr="006C3957" w:rsidRDefault="000B4EFD">
            <w:pPr>
              <w:jc w:val="center"/>
              <w:rPr>
                <w:lang w:val="uk-UA"/>
              </w:rPr>
            </w:pPr>
            <w:r w:rsidRPr="006C3957">
              <w:rPr>
                <w:b/>
                <w:sz w:val="16"/>
                <w:lang w:val="uk-UA"/>
              </w:rPr>
              <w:t>1</w:t>
            </w:r>
          </w:p>
        </w:tc>
        <w:tc>
          <w:tcPr>
            <w:tcW w:w="5245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8EC18D5" w14:textId="77777777" w:rsidR="00F824FE" w:rsidRPr="006C3957" w:rsidRDefault="000B4EFD">
            <w:pPr>
              <w:rPr>
                <w:lang w:val="uk-UA"/>
              </w:rPr>
            </w:pPr>
            <w:r w:rsidRPr="006C3957">
              <w:rPr>
                <w:b/>
                <w:sz w:val="16"/>
                <w:lang w:val="uk-UA"/>
              </w:rPr>
              <w:t xml:space="preserve">Виробнича собівартість, усього, у </w:t>
            </w:r>
            <w:proofErr w:type="spellStart"/>
            <w:r w:rsidRPr="006C3957">
              <w:rPr>
                <w:b/>
                <w:sz w:val="16"/>
                <w:lang w:val="uk-UA"/>
              </w:rPr>
              <w:t>т.ч</w:t>
            </w:r>
            <w:proofErr w:type="spellEnd"/>
            <w:r w:rsidRPr="006C3957">
              <w:rPr>
                <w:b/>
                <w:sz w:val="16"/>
                <w:lang w:val="uk-UA"/>
              </w:rPr>
              <w:t>.</w:t>
            </w:r>
          </w:p>
        </w:tc>
        <w:tc>
          <w:tcPr>
            <w:tcW w:w="256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481902E" w14:textId="77777777" w:rsidR="00F824FE" w:rsidRPr="006C3957" w:rsidRDefault="000B4EFD">
            <w:pPr>
              <w:jc w:val="center"/>
              <w:rPr>
                <w:lang w:val="uk-UA"/>
              </w:rPr>
            </w:pPr>
            <w:r w:rsidRPr="006C3957">
              <w:rPr>
                <w:b/>
                <w:sz w:val="16"/>
                <w:lang w:val="uk-UA"/>
              </w:rPr>
              <w:t>36,50</w:t>
            </w:r>
          </w:p>
        </w:tc>
        <w:tc>
          <w:tcPr>
            <w:tcW w:w="196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984E9D6" w14:textId="77777777" w:rsidR="00F824FE" w:rsidRPr="006C3957" w:rsidRDefault="000B4EFD">
            <w:pPr>
              <w:jc w:val="center"/>
              <w:rPr>
                <w:lang w:val="uk-UA"/>
              </w:rPr>
            </w:pPr>
            <w:r w:rsidRPr="006C3957">
              <w:rPr>
                <w:b/>
                <w:sz w:val="16"/>
                <w:lang w:val="uk-UA"/>
              </w:rPr>
              <w:t>81,77</w:t>
            </w:r>
          </w:p>
        </w:tc>
      </w:tr>
      <w:tr w:rsidR="00F824FE" w:rsidRPr="006C3957" w14:paraId="4B2D4F55" w14:textId="77777777" w:rsidTr="000D02B6">
        <w:trPr>
          <w:jc w:val="center"/>
        </w:trPr>
        <w:tc>
          <w:tcPr>
            <w:tcW w:w="1135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4776428" w14:textId="77777777" w:rsidR="00F824FE" w:rsidRPr="006C3957" w:rsidRDefault="000B4EFD">
            <w:pPr>
              <w:jc w:val="center"/>
              <w:rPr>
                <w:lang w:val="uk-UA"/>
              </w:rPr>
            </w:pPr>
            <w:r w:rsidRPr="006C3957">
              <w:rPr>
                <w:sz w:val="16"/>
                <w:lang w:val="uk-UA"/>
              </w:rPr>
              <w:t>1.1</w:t>
            </w:r>
          </w:p>
        </w:tc>
        <w:tc>
          <w:tcPr>
            <w:tcW w:w="5245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34A2901" w14:textId="77777777" w:rsidR="00F824FE" w:rsidRPr="006C3957" w:rsidRDefault="000B4EFD">
            <w:pPr>
              <w:rPr>
                <w:lang w:val="uk-UA"/>
              </w:rPr>
            </w:pPr>
            <w:r w:rsidRPr="006C3957">
              <w:rPr>
                <w:sz w:val="16"/>
                <w:lang w:val="uk-UA"/>
              </w:rPr>
              <w:t>Прямі матеріальні витрати, у тому числі:</w:t>
            </w:r>
          </w:p>
        </w:tc>
        <w:tc>
          <w:tcPr>
            <w:tcW w:w="256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F13B001" w14:textId="77777777" w:rsidR="00F824FE" w:rsidRPr="006C3957" w:rsidRDefault="000B4EFD">
            <w:pPr>
              <w:jc w:val="center"/>
              <w:rPr>
                <w:lang w:val="uk-UA"/>
              </w:rPr>
            </w:pPr>
            <w:r w:rsidRPr="006C3957">
              <w:rPr>
                <w:sz w:val="16"/>
                <w:lang w:val="uk-UA"/>
              </w:rPr>
              <w:t>10,08</w:t>
            </w:r>
          </w:p>
        </w:tc>
        <w:tc>
          <w:tcPr>
            <w:tcW w:w="196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153E963" w14:textId="77777777" w:rsidR="00F824FE" w:rsidRPr="006C3957" w:rsidRDefault="000B4EFD">
            <w:pPr>
              <w:jc w:val="center"/>
              <w:rPr>
                <w:lang w:val="uk-UA"/>
              </w:rPr>
            </w:pPr>
            <w:r w:rsidRPr="006C3957">
              <w:rPr>
                <w:sz w:val="16"/>
                <w:lang w:val="uk-UA"/>
              </w:rPr>
              <w:t>40,61</w:t>
            </w:r>
          </w:p>
        </w:tc>
      </w:tr>
      <w:tr w:rsidR="00F824FE" w:rsidRPr="006C3957" w14:paraId="0D75AB8C" w14:textId="77777777" w:rsidTr="000D02B6">
        <w:trPr>
          <w:jc w:val="center"/>
        </w:trPr>
        <w:tc>
          <w:tcPr>
            <w:tcW w:w="1135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4495DF3" w14:textId="77777777" w:rsidR="00F824FE" w:rsidRPr="006C3957" w:rsidRDefault="000B4EFD">
            <w:pPr>
              <w:jc w:val="center"/>
              <w:rPr>
                <w:lang w:val="uk-UA"/>
              </w:rPr>
            </w:pPr>
            <w:r w:rsidRPr="006C3957">
              <w:rPr>
                <w:sz w:val="16"/>
                <w:lang w:val="uk-UA"/>
              </w:rPr>
              <w:t>1.1.1</w:t>
            </w:r>
          </w:p>
        </w:tc>
        <w:tc>
          <w:tcPr>
            <w:tcW w:w="5245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DA60699" w14:textId="77777777" w:rsidR="00F824FE" w:rsidRPr="006C3957" w:rsidRDefault="000B4EFD">
            <w:pPr>
              <w:rPr>
                <w:lang w:val="uk-UA"/>
              </w:rPr>
            </w:pPr>
            <w:r w:rsidRPr="006C3957">
              <w:rPr>
                <w:sz w:val="16"/>
                <w:lang w:val="uk-UA"/>
              </w:rPr>
              <w:t>електроенергія</w:t>
            </w:r>
          </w:p>
        </w:tc>
        <w:tc>
          <w:tcPr>
            <w:tcW w:w="256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557F4D2" w14:textId="77777777" w:rsidR="00F824FE" w:rsidRPr="006C3957" w:rsidRDefault="000B4EFD">
            <w:pPr>
              <w:jc w:val="center"/>
              <w:rPr>
                <w:lang w:val="uk-UA"/>
              </w:rPr>
            </w:pPr>
            <w:r w:rsidRPr="006C3957">
              <w:rPr>
                <w:sz w:val="16"/>
                <w:lang w:val="uk-UA"/>
              </w:rPr>
              <w:t>9,02</w:t>
            </w:r>
          </w:p>
        </w:tc>
        <w:tc>
          <w:tcPr>
            <w:tcW w:w="196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A5802F1" w14:textId="77777777" w:rsidR="00F824FE" w:rsidRPr="006C3957" w:rsidRDefault="000B4EFD">
            <w:pPr>
              <w:jc w:val="center"/>
              <w:rPr>
                <w:lang w:val="uk-UA"/>
              </w:rPr>
            </w:pPr>
            <w:r w:rsidRPr="006C3957">
              <w:rPr>
                <w:sz w:val="16"/>
                <w:lang w:val="uk-UA"/>
              </w:rPr>
              <w:t>6,87</w:t>
            </w:r>
          </w:p>
        </w:tc>
      </w:tr>
      <w:tr w:rsidR="00F824FE" w:rsidRPr="006C3957" w14:paraId="16AF85B8" w14:textId="77777777" w:rsidTr="000D02B6">
        <w:trPr>
          <w:jc w:val="center"/>
        </w:trPr>
        <w:tc>
          <w:tcPr>
            <w:tcW w:w="1135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642E516" w14:textId="77777777" w:rsidR="00F824FE" w:rsidRPr="006C3957" w:rsidRDefault="000B4EFD">
            <w:pPr>
              <w:jc w:val="center"/>
              <w:rPr>
                <w:lang w:val="uk-UA"/>
              </w:rPr>
            </w:pPr>
            <w:r w:rsidRPr="006C3957">
              <w:rPr>
                <w:sz w:val="16"/>
                <w:lang w:val="uk-UA"/>
              </w:rPr>
              <w:t>1.1.2</w:t>
            </w:r>
          </w:p>
        </w:tc>
        <w:tc>
          <w:tcPr>
            <w:tcW w:w="5245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F5B64EA" w14:textId="77777777" w:rsidR="00F824FE" w:rsidRPr="006C3957" w:rsidRDefault="000B4EFD">
            <w:pPr>
              <w:rPr>
                <w:lang w:val="uk-UA"/>
              </w:rPr>
            </w:pPr>
            <w:r w:rsidRPr="006C3957">
              <w:rPr>
                <w:sz w:val="16"/>
                <w:lang w:val="uk-UA"/>
              </w:rPr>
              <w:t>витрати на реагенти (водопостачання) / перекачування та очищення стоків (водовідведення)</w:t>
            </w:r>
          </w:p>
        </w:tc>
        <w:tc>
          <w:tcPr>
            <w:tcW w:w="256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03B62CF" w14:textId="77777777" w:rsidR="00F824FE" w:rsidRPr="006C3957" w:rsidRDefault="000B4EFD">
            <w:pPr>
              <w:jc w:val="center"/>
              <w:rPr>
                <w:lang w:val="uk-UA"/>
              </w:rPr>
            </w:pPr>
            <w:r w:rsidRPr="006C3957">
              <w:rPr>
                <w:sz w:val="16"/>
                <w:lang w:val="uk-UA"/>
              </w:rPr>
              <w:t>0,15</w:t>
            </w:r>
          </w:p>
        </w:tc>
        <w:tc>
          <w:tcPr>
            <w:tcW w:w="196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14A9E81" w14:textId="77777777" w:rsidR="00F824FE" w:rsidRPr="006C3957" w:rsidRDefault="000B4EFD">
            <w:pPr>
              <w:jc w:val="center"/>
              <w:rPr>
                <w:lang w:val="uk-UA"/>
              </w:rPr>
            </w:pPr>
            <w:r w:rsidRPr="006C3957">
              <w:rPr>
                <w:sz w:val="16"/>
                <w:lang w:val="uk-UA"/>
              </w:rPr>
              <w:t>33,31</w:t>
            </w:r>
          </w:p>
        </w:tc>
      </w:tr>
      <w:tr w:rsidR="00F824FE" w:rsidRPr="006C3957" w14:paraId="05908A5C" w14:textId="77777777" w:rsidTr="000D02B6">
        <w:trPr>
          <w:jc w:val="center"/>
        </w:trPr>
        <w:tc>
          <w:tcPr>
            <w:tcW w:w="1135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6A9A8ED" w14:textId="77777777" w:rsidR="00F824FE" w:rsidRPr="006C3957" w:rsidRDefault="000B4EFD">
            <w:pPr>
              <w:jc w:val="center"/>
              <w:rPr>
                <w:lang w:val="uk-UA"/>
              </w:rPr>
            </w:pPr>
            <w:r w:rsidRPr="006C3957">
              <w:rPr>
                <w:sz w:val="16"/>
                <w:lang w:val="uk-UA"/>
              </w:rPr>
              <w:t>1.1.3</w:t>
            </w:r>
          </w:p>
        </w:tc>
        <w:tc>
          <w:tcPr>
            <w:tcW w:w="5245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5C27812" w14:textId="77777777" w:rsidR="00F824FE" w:rsidRPr="006C3957" w:rsidRDefault="000B4EFD">
            <w:pPr>
              <w:rPr>
                <w:lang w:val="uk-UA"/>
              </w:rPr>
            </w:pPr>
            <w:r w:rsidRPr="006C3957">
              <w:rPr>
                <w:sz w:val="16"/>
                <w:lang w:val="uk-UA"/>
              </w:rPr>
              <w:t>інші прямі матеріальні витрати (ремонти)</w:t>
            </w:r>
          </w:p>
        </w:tc>
        <w:tc>
          <w:tcPr>
            <w:tcW w:w="256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0851A90" w14:textId="77777777" w:rsidR="00F824FE" w:rsidRPr="006C3957" w:rsidRDefault="000B4EFD">
            <w:pPr>
              <w:jc w:val="center"/>
              <w:rPr>
                <w:lang w:val="uk-UA"/>
              </w:rPr>
            </w:pPr>
            <w:r w:rsidRPr="006C3957">
              <w:rPr>
                <w:sz w:val="16"/>
                <w:lang w:val="uk-UA"/>
              </w:rPr>
              <w:t>0,91</w:t>
            </w:r>
          </w:p>
        </w:tc>
        <w:tc>
          <w:tcPr>
            <w:tcW w:w="196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D58DFD9" w14:textId="77777777" w:rsidR="00F824FE" w:rsidRPr="006C3957" w:rsidRDefault="000B4EFD">
            <w:pPr>
              <w:jc w:val="center"/>
              <w:rPr>
                <w:lang w:val="uk-UA"/>
              </w:rPr>
            </w:pPr>
            <w:r w:rsidRPr="006C3957">
              <w:rPr>
                <w:sz w:val="16"/>
                <w:lang w:val="uk-UA"/>
              </w:rPr>
              <w:t>0,43</w:t>
            </w:r>
          </w:p>
        </w:tc>
      </w:tr>
      <w:tr w:rsidR="00F824FE" w:rsidRPr="006C3957" w14:paraId="38D52A0C" w14:textId="77777777" w:rsidTr="000D02B6">
        <w:trPr>
          <w:jc w:val="center"/>
        </w:trPr>
        <w:tc>
          <w:tcPr>
            <w:tcW w:w="1135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518AF16" w14:textId="77777777" w:rsidR="00F824FE" w:rsidRPr="006C3957" w:rsidRDefault="000B4EFD">
            <w:pPr>
              <w:jc w:val="center"/>
              <w:rPr>
                <w:lang w:val="uk-UA"/>
              </w:rPr>
            </w:pPr>
            <w:r w:rsidRPr="006C3957">
              <w:rPr>
                <w:sz w:val="16"/>
                <w:lang w:val="uk-UA"/>
              </w:rPr>
              <w:t>1.2</w:t>
            </w:r>
          </w:p>
        </w:tc>
        <w:tc>
          <w:tcPr>
            <w:tcW w:w="5245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F01934A" w14:textId="77777777" w:rsidR="00F824FE" w:rsidRPr="006C3957" w:rsidRDefault="000B4EFD">
            <w:pPr>
              <w:rPr>
                <w:lang w:val="uk-UA"/>
              </w:rPr>
            </w:pPr>
            <w:r w:rsidRPr="006C3957">
              <w:rPr>
                <w:sz w:val="16"/>
                <w:lang w:val="uk-UA"/>
              </w:rPr>
              <w:t>Прямі витрати на оплату праці</w:t>
            </w:r>
          </w:p>
        </w:tc>
        <w:tc>
          <w:tcPr>
            <w:tcW w:w="256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A7C75D8" w14:textId="77777777" w:rsidR="00F824FE" w:rsidRPr="006C3957" w:rsidRDefault="000B4EFD">
            <w:pPr>
              <w:jc w:val="center"/>
              <w:rPr>
                <w:lang w:val="uk-UA"/>
              </w:rPr>
            </w:pPr>
            <w:r w:rsidRPr="006C3957">
              <w:rPr>
                <w:sz w:val="16"/>
                <w:lang w:val="uk-UA"/>
              </w:rPr>
              <w:t>8,75</w:t>
            </w:r>
          </w:p>
        </w:tc>
        <w:tc>
          <w:tcPr>
            <w:tcW w:w="196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3C1B1F8" w14:textId="77777777" w:rsidR="00F824FE" w:rsidRPr="006C3957" w:rsidRDefault="000B4EFD">
            <w:pPr>
              <w:jc w:val="center"/>
              <w:rPr>
                <w:lang w:val="uk-UA"/>
              </w:rPr>
            </w:pPr>
            <w:r w:rsidRPr="006C3957">
              <w:rPr>
                <w:sz w:val="16"/>
                <w:lang w:val="uk-UA"/>
              </w:rPr>
              <w:t>9,69</w:t>
            </w:r>
          </w:p>
        </w:tc>
      </w:tr>
      <w:tr w:rsidR="00F824FE" w:rsidRPr="006C3957" w14:paraId="0C6AA1B3" w14:textId="77777777" w:rsidTr="000D02B6">
        <w:trPr>
          <w:jc w:val="center"/>
        </w:trPr>
        <w:tc>
          <w:tcPr>
            <w:tcW w:w="1135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4BAD59D" w14:textId="77777777" w:rsidR="00F824FE" w:rsidRPr="006C3957" w:rsidRDefault="000B4EFD">
            <w:pPr>
              <w:jc w:val="center"/>
              <w:rPr>
                <w:lang w:val="uk-UA"/>
              </w:rPr>
            </w:pPr>
            <w:r w:rsidRPr="006C3957">
              <w:rPr>
                <w:sz w:val="16"/>
                <w:lang w:val="uk-UA"/>
              </w:rPr>
              <w:t>1.3</w:t>
            </w:r>
          </w:p>
        </w:tc>
        <w:tc>
          <w:tcPr>
            <w:tcW w:w="5245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EA1DE45" w14:textId="77777777" w:rsidR="00F824FE" w:rsidRPr="006C3957" w:rsidRDefault="000B4EFD">
            <w:pPr>
              <w:rPr>
                <w:lang w:val="uk-UA"/>
              </w:rPr>
            </w:pPr>
            <w:r w:rsidRPr="006C3957">
              <w:rPr>
                <w:sz w:val="16"/>
                <w:lang w:val="uk-UA"/>
              </w:rPr>
              <w:t>Інші прямі витрати, у тому числі:</w:t>
            </w:r>
          </w:p>
        </w:tc>
        <w:tc>
          <w:tcPr>
            <w:tcW w:w="256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2D8EF08" w14:textId="77777777" w:rsidR="00F824FE" w:rsidRPr="006C3957" w:rsidRDefault="000B4EFD">
            <w:pPr>
              <w:jc w:val="center"/>
              <w:rPr>
                <w:lang w:val="uk-UA"/>
              </w:rPr>
            </w:pPr>
            <w:r w:rsidRPr="006C3957">
              <w:rPr>
                <w:sz w:val="16"/>
                <w:lang w:val="uk-UA"/>
              </w:rPr>
              <w:t>3,18</w:t>
            </w:r>
          </w:p>
        </w:tc>
        <w:tc>
          <w:tcPr>
            <w:tcW w:w="196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756EA62" w14:textId="77777777" w:rsidR="00F824FE" w:rsidRPr="006C3957" w:rsidRDefault="000B4EFD">
            <w:pPr>
              <w:jc w:val="center"/>
              <w:rPr>
                <w:lang w:val="uk-UA"/>
              </w:rPr>
            </w:pPr>
            <w:r w:rsidRPr="006C3957">
              <w:rPr>
                <w:sz w:val="16"/>
                <w:lang w:val="uk-UA"/>
              </w:rPr>
              <w:t>2,71</w:t>
            </w:r>
          </w:p>
        </w:tc>
      </w:tr>
      <w:tr w:rsidR="00F824FE" w:rsidRPr="006C3957" w14:paraId="6D675B7B" w14:textId="77777777" w:rsidTr="000D02B6">
        <w:trPr>
          <w:jc w:val="center"/>
        </w:trPr>
        <w:tc>
          <w:tcPr>
            <w:tcW w:w="1135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1C9F94F" w14:textId="77777777" w:rsidR="00F824FE" w:rsidRPr="006C3957" w:rsidRDefault="000B4EFD">
            <w:pPr>
              <w:jc w:val="center"/>
              <w:rPr>
                <w:lang w:val="uk-UA"/>
              </w:rPr>
            </w:pPr>
            <w:r w:rsidRPr="006C3957">
              <w:rPr>
                <w:sz w:val="16"/>
                <w:lang w:val="uk-UA"/>
              </w:rPr>
              <w:t>1.3.1</w:t>
            </w:r>
          </w:p>
        </w:tc>
        <w:tc>
          <w:tcPr>
            <w:tcW w:w="5245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C6E4F1F" w14:textId="77777777" w:rsidR="00F824FE" w:rsidRPr="006C3957" w:rsidRDefault="000B4EFD">
            <w:pPr>
              <w:rPr>
                <w:lang w:val="uk-UA"/>
              </w:rPr>
            </w:pPr>
            <w:r w:rsidRPr="006C3957">
              <w:rPr>
                <w:sz w:val="16"/>
                <w:lang w:val="uk-UA"/>
              </w:rPr>
              <w:t>відрахування на соціальні заходи</w:t>
            </w:r>
          </w:p>
        </w:tc>
        <w:tc>
          <w:tcPr>
            <w:tcW w:w="256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EDE492D" w14:textId="77777777" w:rsidR="00F824FE" w:rsidRPr="006C3957" w:rsidRDefault="000B4EFD">
            <w:pPr>
              <w:jc w:val="center"/>
              <w:rPr>
                <w:lang w:val="uk-UA"/>
              </w:rPr>
            </w:pPr>
            <w:r w:rsidRPr="006C3957">
              <w:rPr>
                <w:sz w:val="16"/>
                <w:lang w:val="uk-UA"/>
              </w:rPr>
              <w:t>1,92</w:t>
            </w:r>
          </w:p>
        </w:tc>
        <w:tc>
          <w:tcPr>
            <w:tcW w:w="196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0AA395D" w14:textId="77777777" w:rsidR="00F824FE" w:rsidRPr="006C3957" w:rsidRDefault="000B4EFD">
            <w:pPr>
              <w:jc w:val="center"/>
              <w:rPr>
                <w:lang w:val="uk-UA"/>
              </w:rPr>
            </w:pPr>
            <w:r w:rsidRPr="006C3957">
              <w:rPr>
                <w:sz w:val="16"/>
                <w:lang w:val="uk-UA"/>
              </w:rPr>
              <w:t>2,13</w:t>
            </w:r>
          </w:p>
        </w:tc>
      </w:tr>
      <w:tr w:rsidR="00F824FE" w:rsidRPr="006C3957" w14:paraId="37DD6C36" w14:textId="77777777" w:rsidTr="000D02B6">
        <w:trPr>
          <w:jc w:val="center"/>
        </w:trPr>
        <w:tc>
          <w:tcPr>
            <w:tcW w:w="1135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12D6E74" w14:textId="77777777" w:rsidR="00F824FE" w:rsidRPr="006C3957" w:rsidRDefault="000B4EFD">
            <w:pPr>
              <w:jc w:val="center"/>
              <w:rPr>
                <w:lang w:val="uk-UA"/>
              </w:rPr>
            </w:pPr>
            <w:r w:rsidRPr="006C3957">
              <w:rPr>
                <w:sz w:val="16"/>
                <w:lang w:val="uk-UA"/>
              </w:rPr>
              <w:t>1.3.2</w:t>
            </w:r>
          </w:p>
        </w:tc>
        <w:tc>
          <w:tcPr>
            <w:tcW w:w="5245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6F319DB" w14:textId="77777777" w:rsidR="00F824FE" w:rsidRPr="006C3957" w:rsidRDefault="000B4EFD">
            <w:pPr>
              <w:rPr>
                <w:lang w:val="uk-UA"/>
              </w:rPr>
            </w:pPr>
            <w:r w:rsidRPr="006C3957">
              <w:rPr>
                <w:sz w:val="16"/>
                <w:lang w:val="uk-UA"/>
              </w:rPr>
              <w:t>амортизаційні відрахування</w:t>
            </w:r>
          </w:p>
        </w:tc>
        <w:tc>
          <w:tcPr>
            <w:tcW w:w="256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733A580" w14:textId="77777777" w:rsidR="00F824FE" w:rsidRPr="006C3957" w:rsidRDefault="000B4EFD">
            <w:pPr>
              <w:jc w:val="center"/>
              <w:rPr>
                <w:lang w:val="uk-UA"/>
              </w:rPr>
            </w:pPr>
            <w:r w:rsidRPr="006C3957">
              <w:rPr>
                <w:sz w:val="16"/>
                <w:lang w:val="uk-UA"/>
              </w:rPr>
              <w:t>1,25</w:t>
            </w:r>
          </w:p>
        </w:tc>
        <w:tc>
          <w:tcPr>
            <w:tcW w:w="196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360E929" w14:textId="77777777" w:rsidR="00F824FE" w:rsidRPr="006C3957" w:rsidRDefault="000B4EFD">
            <w:pPr>
              <w:jc w:val="center"/>
              <w:rPr>
                <w:lang w:val="uk-UA"/>
              </w:rPr>
            </w:pPr>
            <w:r w:rsidRPr="006C3957">
              <w:rPr>
                <w:sz w:val="16"/>
                <w:lang w:val="uk-UA"/>
              </w:rPr>
              <w:t>0,58</w:t>
            </w:r>
          </w:p>
        </w:tc>
      </w:tr>
      <w:tr w:rsidR="00F824FE" w:rsidRPr="006C3957" w14:paraId="4F95D040" w14:textId="77777777" w:rsidTr="000D02B6">
        <w:trPr>
          <w:jc w:val="center"/>
        </w:trPr>
        <w:tc>
          <w:tcPr>
            <w:tcW w:w="1135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48D34CD" w14:textId="77777777" w:rsidR="00F824FE" w:rsidRPr="006C3957" w:rsidRDefault="000B4EFD">
            <w:pPr>
              <w:jc w:val="center"/>
              <w:rPr>
                <w:lang w:val="uk-UA"/>
              </w:rPr>
            </w:pPr>
            <w:r w:rsidRPr="006C3957">
              <w:rPr>
                <w:sz w:val="16"/>
                <w:lang w:val="uk-UA"/>
              </w:rPr>
              <w:t>1.4</w:t>
            </w:r>
          </w:p>
        </w:tc>
        <w:tc>
          <w:tcPr>
            <w:tcW w:w="5245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82F6680" w14:textId="77777777" w:rsidR="00F824FE" w:rsidRPr="006C3957" w:rsidRDefault="000B4EFD">
            <w:pPr>
              <w:rPr>
                <w:lang w:val="uk-UA"/>
              </w:rPr>
            </w:pPr>
            <w:r w:rsidRPr="006C3957">
              <w:rPr>
                <w:sz w:val="16"/>
                <w:lang w:val="uk-UA"/>
              </w:rPr>
              <w:t>Загальновиробничі витрати</w:t>
            </w:r>
          </w:p>
        </w:tc>
        <w:tc>
          <w:tcPr>
            <w:tcW w:w="256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D7C2806" w14:textId="77777777" w:rsidR="00F824FE" w:rsidRPr="006C3957" w:rsidRDefault="000B4EFD">
            <w:pPr>
              <w:jc w:val="center"/>
              <w:rPr>
                <w:lang w:val="uk-UA"/>
              </w:rPr>
            </w:pPr>
            <w:r w:rsidRPr="006C3957">
              <w:rPr>
                <w:sz w:val="16"/>
                <w:lang w:val="uk-UA"/>
              </w:rPr>
              <w:t>14,49</w:t>
            </w:r>
          </w:p>
        </w:tc>
        <w:tc>
          <w:tcPr>
            <w:tcW w:w="196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F183AD5" w14:textId="77777777" w:rsidR="00F824FE" w:rsidRPr="006C3957" w:rsidRDefault="000B4EFD">
            <w:pPr>
              <w:jc w:val="center"/>
              <w:rPr>
                <w:lang w:val="uk-UA"/>
              </w:rPr>
            </w:pPr>
            <w:r w:rsidRPr="006C3957">
              <w:rPr>
                <w:sz w:val="16"/>
                <w:lang w:val="uk-UA"/>
              </w:rPr>
              <w:t>28,77</w:t>
            </w:r>
          </w:p>
        </w:tc>
      </w:tr>
      <w:tr w:rsidR="00F824FE" w:rsidRPr="006C3957" w14:paraId="480B058D" w14:textId="77777777" w:rsidTr="000D02B6">
        <w:trPr>
          <w:jc w:val="center"/>
        </w:trPr>
        <w:tc>
          <w:tcPr>
            <w:tcW w:w="1135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162FD0B" w14:textId="77777777" w:rsidR="00F824FE" w:rsidRPr="006C3957" w:rsidRDefault="000B4EFD">
            <w:pPr>
              <w:jc w:val="center"/>
              <w:rPr>
                <w:lang w:val="uk-UA"/>
              </w:rPr>
            </w:pPr>
            <w:r w:rsidRPr="006C3957">
              <w:rPr>
                <w:sz w:val="16"/>
                <w:lang w:val="uk-UA"/>
              </w:rPr>
              <w:t>1.4.1</w:t>
            </w:r>
          </w:p>
        </w:tc>
        <w:tc>
          <w:tcPr>
            <w:tcW w:w="5245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D926804" w14:textId="77777777" w:rsidR="00F824FE" w:rsidRPr="006C3957" w:rsidRDefault="000B4EFD">
            <w:pPr>
              <w:rPr>
                <w:lang w:val="uk-UA"/>
              </w:rPr>
            </w:pPr>
            <w:r w:rsidRPr="006C3957">
              <w:rPr>
                <w:sz w:val="16"/>
                <w:lang w:val="uk-UA"/>
              </w:rPr>
              <w:t>витрати на оплату праці</w:t>
            </w:r>
          </w:p>
        </w:tc>
        <w:tc>
          <w:tcPr>
            <w:tcW w:w="256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4AD0CD6" w14:textId="77777777" w:rsidR="00F824FE" w:rsidRPr="006C3957" w:rsidRDefault="000B4EFD">
            <w:pPr>
              <w:jc w:val="center"/>
              <w:rPr>
                <w:lang w:val="uk-UA"/>
              </w:rPr>
            </w:pPr>
            <w:r w:rsidRPr="006C3957">
              <w:rPr>
                <w:sz w:val="16"/>
                <w:lang w:val="uk-UA"/>
              </w:rPr>
              <w:t>8,39</w:t>
            </w:r>
          </w:p>
        </w:tc>
        <w:tc>
          <w:tcPr>
            <w:tcW w:w="196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DD24E1A" w14:textId="77777777" w:rsidR="00F824FE" w:rsidRPr="006C3957" w:rsidRDefault="000B4EFD">
            <w:pPr>
              <w:jc w:val="center"/>
              <w:rPr>
                <w:lang w:val="uk-UA"/>
              </w:rPr>
            </w:pPr>
            <w:r w:rsidRPr="006C3957">
              <w:rPr>
                <w:sz w:val="16"/>
                <w:lang w:val="uk-UA"/>
              </w:rPr>
              <w:t>20,20</w:t>
            </w:r>
          </w:p>
        </w:tc>
      </w:tr>
      <w:tr w:rsidR="00F824FE" w:rsidRPr="006C3957" w14:paraId="500122FA" w14:textId="77777777" w:rsidTr="000D02B6">
        <w:trPr>
          <w:jc w:val="center"/>
        </w:trPr>
        <w:tc>
          <w:tcPr>
            <w:tcW w:w="1135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9E0BE59" w14:textId="77777777" w:rsidR="00F824FE" w:rsidRPr="006C3957" w:rsidRDefault="000B4EFD">
            <w:pPr>
              <w:jc w:val="center"/>
              <w:rPr>
                <w:lang w:val="uk-UA"/>
              </w:rPr>
            </w:pPr>
            <w:r w:rsidRPr="006C3957">
              <w:rPr>
                <w:sz w:val="16"/>
                <w:lang w:val="uk-UA"/>
              </w:rPr>
              <w:t>1.4.2</w:t>
            </w:r>
          </w:p>
        </w:tc>
        <w:tc>
          <w:tcPr>
            <w:tcW w:w="5245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DF34B26" w14:textId="77777777" w:rsidR="00F824FE" w:rsidRPr="006C3957" w:rsidRDefault="000B4EFD">
            <w:pPr>
              <w:rPr>
                <w:lang w:val="uk-UA"/>
              </w:rPr>
            </w:pPr>
            <w:r w:rsidRPr="006C3957">
              <w:rPr>
                <w:sz w:val="16"/>
                <w:lang w:val="uk-UA"/>
              </w:rPr>
              <w:t>відрахування на соціальні заходи</w:t>
            </w:r>
          </w:p>
        </w:tc>
        <w:tc>
          <w:tcPr>
            <w:tcW w:w="256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996E372" w14:textId="77777777" w:rsidR="00F824FE" w:rsidRPr="006C3957" w:rsidRDefault="000B4EFD">
            <w:pPr>
              <w:jc w:val="center"/>
              <w:rPr>
                <w:lang w:val="uk-UA"/>
              </w:rPr>
            </w:pPr>
            <w:r w:rsidRPr="006C3957">
              <w:rPr>
                <w:sz w:val="16"/>
                <w:lang w:val="uk-UA"/>
              </w:rPr>
              <w:t>1,84</w:t>
            </w:r>
          </w:p>
        </w:tc>
        <w:tc>
          <w:tcPr>
            <w:tcW w:w="196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CA062F5" w14:textId="77777777" w:rsidR="00F824FE" w:rsidRPr="006C3957" w:rsidRDefault="000B4EFD">
            <w:pPr>
              <w:jc w:val="center"/>
              <w:rPr>
                <w:lang w:val="uk-UA"/>
              </w:rPr>
            </w:pPr>
            <w:r w:rsidRPr="006C3957">
              <w:rPr>
                <w:sz w:val="16"/>
                <w:lang w:val="uk-UA"/>
              </w:rPr>
              <w:t>4,44</w:t>
            </w:r>
          </w:p>
        </w:tc>
      </w:tr>
      <w:tr w:rsidR="00F824FE" w:rsidRPr="006C3957" w14:paraId="0EC8ADAC" w14:textId="77777777" w:rsidTr="000D02B6">
        <w:trPr>
          <w:jc w:val="center"/>
        </w:trPr>
        <w:tc>
          <w:tcPr>
            <w:tcW w:w="1135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6A79FB8" w14:textId="77777777" w:rsidR="00F824FE" w:rsidRPr="006C3957" w:rsidRDefault="000B4EFD">
            <w:pPr>
              <w:jc w:val="center"/>
              <w:rPr>
                <w:lang w:val="uk-UA"/>
              </w:rPr>
            </w:pPr>
            <w:r w:rsidRPr="006C3957">
              <w:rPr>
                <w:sz w:val="16"/>
                <w:lang w:val="uk-UA"/>
              </w:rPr>
              <w:t>1.4.3</w:t>
            </w:r>
          </w:p>
        </w:tc>
        <w:tc>
          <w:tcPr>
            <w:tcW w:w="5245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7A739F2" w14:textId="77777777" w:rsidR="00F824FE" w:rsidRPr="006C3957" w:rsidRDefault="000B4EFD">
            <w:pPr>
              <w:rPr>
                <w:lang w:val="uk-UA"/>
              </w:rPr>
            </w:pPr>
            <w:r w:rsidRPr="006C3957">
              <w:rPr>
                <w:sz w:val="16"/>
                <w:lang w:val="uk-UA"/>
              </w:rPr>
              <w:t>амортизаційні відрахування</w:t>
            </w:r>
          </w:p>
        </w:tc>
        <w:tc>
          <w:tcPr>
            <w:tcW w:w="256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566EC87" w14:textId="77777777" w:rsidR="00F824FE" w:rsidRPr="006C3957" w:rsidRDefault="000B4EFD">
            <w:pPr>
              <w:jc w:val="center"/>
              <w:rPr>
                <w:lang w:val="uk-UA"/>
              </w:rPr>
            </w:pPr>
            <w:r w:rsidRPr="006C3957">
              <w:rPr>
                <w:sz w:val="16"/>
                <w:lang w:val="uk-UA"/>
              </w:rPr>
              <w:t>0,20</w:t>
            </w:r>
          </w:p>
        </w:tc>
        <w:tc>
          <w:tcPr>
            <w:tcW w:w="196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88CDB5F" w14:textId="77777777" w:rsidR="00F824FE" w:rsidRPr="006C3957" w:rsidRDefault="000B4EFD">
            <w:pPr>
              <w:jc w:val="center"/>
              <w:rPr>
                <w:lang w:val="uk-UA"/>
              </w:rPr>
            </w:pPr>
            <w:r w:rsidRPr="006C3957">
              <w:rPr>
                <w:sz w:val="16"/>
                <w:lang w:val="uk-UA"/>
              </w:rPr>
              <w:t>0,48</w:t>
            </w:r>
          </w:p>
        </w:tc>
      </w:tr>
      <w:tr w:rsidR="00F824FE" w:rsidRPr="006C3957" w14:paraId="080E23F2" w14:textId="77777777" w:rsidTr="000D02B6">
        <w:trPr>
          <w:jc w:val="center"/>
        </w:trPr>
        <w:tc>
          <w:tcPr>
            <w:tcW w:w="1135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3BB5103" w14:textId="77777777" w:rsidR="00F824FE" w:rsidRPr="006C3957" w:rsidRDefault="000B4EFD">
            <w:pPr>
              <w:jc w:val="center"/>
              <w:rPr>
                <w:lang w:val="uk-UA"/>
              </w:rPr>
            </w:pPr>
            <w:r w:rsidRPr="006C3957">
              <w:rPr>
                <w:sz w:val="16"/>
                <w:lang w:val="uk-UA"/>
              </w:rPr>
              <w:t>1.4.4</w:t>
            </w:r>
          </w:p>
        </w:tc>
        <w:tc>
          <w:tcPr>
            <w:tcW w:w="5245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41FBC68" w14:textId="77777777" w:rsidR="00F824FE" w:rsidRPr="006C3957" w:rsidRDefault="000B4EFD">
            <w:pPr>
              <w:rPr>
                <w:lang w:val="uk-UA"/>
              </w:rPr>
            </w:pPr>
            <w:r w:rsidRPr="006C3957">
              <w:rPr>
                <w:sz w:val="16"/>
                <w:lang w:val="uk-UA"/>
              </w:rPr>
              <w:t>витрати на утримання основних засобів</w:t>
            </w:r>
          </w:p>
        </w:tc>
        <w:tc>
          <w:tcPr>
            <w:tcW w:w="256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08B8CDD" w14:textId="77777777" w:rsidR="00F824FE" w:rsidRPr="006C3957" w:rsidRDefault="000B4EFD">
            <w:pPr>
              <w:jc w:val="center"/>
              <w:rPr>
                <w:lang w:val="uk-UA"/>
              </w:rPr>
            </w:pPr>
            <w:r w:rsidRPr="006C3957">
              <w:rPr>
                <w:sz w:val="16"/>
                <w:lang w:val="uk-UA"/>
              </w:rPr>
              <w:t>0,80</w:t>
            </w:r>
          </w:p>
        </w:tc>
        <w:tc>
          <w:tcPr>
            <w:tcW w:w="196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4A7E523" w14:textId="77777777" w:rsidR="00F824FE" w:rsidRPr="006C3957" w:rsidRDefault="000B4EFD">
            <w:pPr>
              <w:jc w:val="center"/>
              <w:rPr>
                <w:lang w:val="uk-UA"/>
              </w:rPr>
            </w:pPr>
            <w:r w:rsidRPr="006C3957">
              <w:rPr>
                <w:sz w:val="16"/>
                <w:lang w:val="uk-UA"/>
              </w:rPr>
              <w:t>1,92</w:t>
            </w:r>
          </w:p>
        </w:tc>
      </w:tr>
      <w:tr w:rsidR="00F824FE" w:rsidRPr="006C3957" w14:paraId="64972281" w14:textId="77777777" w:rsidTr="000D02B6">
        <w:trPr>
          <w:jc w:val="center"/>
        </w:trPr>
        <w:tc>
          <w:tcPr>
            <w:tcW w:w="1135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1859F2E" w14:textId="77777777" w:rsidR="00F824FE" w:rsidRPr="006C3957" w:rsidRDefault="000B4EFD">
            <w:pPr>
              <w:jc w:val="center"/>
              <w:rPr>
                <w:lang w:val="uk-UA"/>
              </w:rPr>
            </w:pPr>
            <w:r w:rsidRPr="006C3957">
              <w:rPr>
                <w:sz w:val="16"/>
                <w:lang w:val="uk-UA"/>
              </w:rPr>
              <w:t>1.4.5</w:t>
            </w:r>
          </w:p>
        </w:tc>
        <w:tc>
          <w:tcPr>
            <w:tcW w:w="5245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E387E41" w14:textId="77777777" w:rsidR="00F824FE" w:rsidRPr="006C3957" w:rsidRDefault="000B4EFD">
            <w:pPr>
              <w:rPr>
                <w:lang w:val="uk-UA"/>
              </w:rPr>
            </w:pPr>
            <w:r w:rsidRPr="006C3957">
              <w:rPr>
                <w:sz w:val="16"/>
                <w:lang w:val="uk-UA"/>
              </w:rPr>
              <w:t>удосконалення технології та організації</w:t>
            </w:r>
          </w:p>
        </w:tc>
        <w:tc>
          <w:tcPr>
            <w:tcW w:w="256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8505595" w14:textId="77777777" w:rsidR="00F824FE" w:rsidRPr="006C3957" w:rsidRDefault="000B4EFD">
            <w:pPr>
              <w:jc w:val="center"/>
              <w:rPr>
                <w:lang w:val="uk-UA"/>
              </w:rPr>
            </w:pPr>
            <w:r w:rsidRPr="006C3957">
              <w:rPr>
                <w:sz w:val="16"/>
                <w:lang w:val="uk-UA"/>
              </w:rPr>
              <w:t>0,09</w:t>
            </w:r>
          </w:p>
        </w:tc>
        <w:tc>
          <w:tcPr>
            <w:tcW w:w="196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CF02A64" w14:textId="77777777" w:rsidR="00F824FE" w:rsidRPr="006C3957" w:rsidRDefault="000B4EFD">
            <w:pPr>
              <w:jc w:val="center"/>
              <w:rPr>
                <w:lang w:val="uk-UA"/>
              </w:rPr>
            </w:pPr>
            <w:r w:rsidRPr="006C3957">
              <w:rPr>
                <w:sz w:val="16"/>
                <w:lang w:val="uk-UA"/>
              </w:rPr>
              <w:t>0,21</w:t>
            </w:r>
          </w:p>
        </w:tc>
      </w:tr>
      <w:tr w:rsidR="00F824FE" w:rsidRPr="006C3957" w14:paraId="5256F9E7" w14:textId="77777777" w:rsidTr="000D02B6">
        <w:trPr>
          <w:jc w:val="center"/>
        </w:trPr>
        <w:tc>
          <w:tcPr>
            <w:tcW w:w="1135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513A973" w14:textId="77777777" w:rsidR="00F824FE" w:rsidRPr="006C3957" w:rsidRDefault="000B4EFD">
            <w:pPr>
              <w:jc w:val="center"/>
              <w:rPr>
                <w:lang w:val="uk-UA"/>
              </w:rPr>
            </w:pPr>
            <w:r w:rsidRPr="006C3957">
              <w:rPr>
                <w:sz w:val="16"/>
                <w:lang w:val="uk-UA"/>
              </w:rPr>
              <w:t>1.4.6</w:t>
            </w:r>
          </w:p>
        </w:tc>
        <w:tc>
          <w:tcPr>
            <w:tcW w:w="5245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E585A8C" w14:textId="77777777" w:rsidR="00F824FE" w:rsidRPr="006C3957" w:rsidRDefault="000B4EFD">
            <w:pPr>
              <w:rPr>
                <w:lang w:val="uk-UA"/>
              </w:rPr>
            </w:pPr>
            <w:r w:rsidRPr="006C3957">
              <w:rPr>
                <w:sz w:val="16"/>
                <w:lang w:val="uk-UA"/>
              </w:rPr>
              <w:t>послуги сторонніх організацій</w:t>
            </w:r>
          </w:p>
        </w:tc>
        <w:tc>
          <w:tcPr>
            <w:tcW w:w="256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E96886D" w14:textId="77777777" w:rsidR="00F824FE" w:rsidRPr="006C3957" w:rsidRDefault="000B4EFD">
            <w:pPr>
              <w:jc w:val="center"/>
              <w:rPr>
                <w:lang w:val="uk-UA"/>
              </w:rPr>
            </w:pPr>
            <w:r w:rsidRPr="006C3957">
              <w:rPr>
                <w:sz w:val="16"/>
                <w:lang w:val="uk-UA"/>
              </w:rPr>
              <w:t>0,55</w:t>
            </w:r>
          </w:p>
        </w:tc>
        <w:tc>
          <w:tcPr>
            <w:tcW w:w="196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FFC6FBA" w14:textId="77777777" w:rsidR="00F824FE" w:rsidRPr="006C3957" w:rsidRDefault="000B4EFD">
            <w:pPr>
              <w:jc w:val="center"/>
              <w:rPr>
                <w:lang w:val="uk-UA"/>
              </w:rPr>
            </w:pPr>
            <w:r w:rsidRPr="006C3957">
              <w:rPr>
                <w:sz w:val="16"/>
                <w:lang w:val="uk-UA"/>
              </w:rPr>
              <w:t>1,35</w:t>
            </w:r>
          </w:p>
        </w:tc>
      </w:tr>
      <w:tr w:rsidR="00F824FE" w:rsidRPr="006C3957" w14:paraId="1F4FD441" w14:textId="77777777" w:rsidTr="000D02B6">
        <w:trPr>
          <w:jc w:val="center"/>
        </w:trPr>
        <w:tc>
          <w:tcPr>
            <w:tcW w:w="1135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DBDE9C2" w14:textId="77777777" w:rsidR="00F824FE" w:rsidRPr="006C3957" w:rsidRDefault="000B4EFD">
            <w:pPr>
              <w:jc w:val="center"/>
              <w:rPr>
                <w:lang w:val="uk-UA"/>
              </w:rPr>
            </w:pPr>
            <w:r w:rsidRPr="006C3957">
              <w:rPr>
                <w:sz w:val="16"/>
                <w:lang w:val="uk-UA"/>
              </w:rPr>
              <w:t>1.4.7</w:t>
            </w:r>
          </w:p>
        </w:tc>
        <w:tc>
          <w:tcPr>
            <w:tcW w:w="5245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9BDA553" w14:textId="77777777" w:rsidR="00F824FE" w:rsidRPr="006C3957" w:rsidRDefault="000B4EFD">
            <w:pPr>
              <w:rPr>
                <w:lang w:val="uk-UA"/>
              </w:rPr>
            </w:pPr>
            <w:r w:rsidRPr="006C3957">
              <w:rPr>
                <w:sz w:val="16"/>
                <w:lang w:val="uk-UA"/>
              </w:rPr>
              <w:t>здійснення технологічного контролю за виробничими процесами і якістю водопостачання</w:t>
            </w:r>
          </w:p>
        </w:tc>
        <w:tc>
          <w:tcPr>
            <w:tcW w:w="256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B7C1FB7" w14:textId="77777777" w:rsidR="00F824FE" w:rsidRPr="006C3957" w:rsidRDefault="000B4EFD">
            <w:pPr>
              <w:jc w:val="center"/>
              <w:rPr>
                <w:lang w:val="uk-UA"/>
              </w:rPr>
            </w:pPr>
            <w:r w:rsidRPr="006C3957">
              <w:rPr>
                <w:sz w:val="16"/>
                <w:lang w:val="uk-UA"/>
              </w:rPr>
              <w:t>0,11</w:t>
            </w:r>
          </w:p>
        </w:tc>
        <w:tc>
          <w:tcPr>
            <w:tcW w:w="196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3D9A306" w14:textId="77777777" w:rsidR="00F824FE" w:rsidRPr="006C3957" w:rsidRDefault="000B4EFD">
            <w:pPr>
              <w:jc w:val="center"/>
              <w:rPr>
                <w:lang w:val="uk-UA"/>
              </w:rPr>
            </w:pPr>
            <w:r w:rsidRPr="006C3957">
              <w:rPr>
                <w:sz w:val="16"/>
                <w:lang w:val="uk-UA"/>
              </w:rPr>
              <w:t>-</w:t>
            </w:r>
          </w:p>
        </w:tc>
      </w:tr>
      <w:tr w:rsidR="00F824FE" w:rsidRPr="006C3957" w14:paraId="04D80C0D" w14:textId="77777777" w:rsidTr="000D02B6">
        <w:trPr>
          <w:jc w:val="center"/>
        </w:trPr>
        <w:tc>
          <w:tcPr>
            <w:tcW w:w="1135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48E887F" w14:textId="77777777" w:rsidR="00F824FE" w:rsidRPr="006C3957" w:rsidRDefault="000B4EFD">
            <w:pPr>
              <w:jc w:val="center"/>
              <w:rPr>
                <w:lang w:val="uk-UA"/>
              </w:rPr>
            </w:pPr>
            <w:r w:rsidRPr="006C3957">
              <w:rPr>
                <w:sz w:val="16"/>
                <w:lang w:val="uk-UA"/>
              </w:rPr>
              <w:t>1.4.8</w:t>
            </w:r>
          </w:p>
        </w:tc>
        <w:tc>
          <w:tcPr>
            <w:tcW w:w="5245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B174387" w14:textId="77777777" w:rsidR="00F824FE" w:rsidRPr="006C3957" w:rsidRDefault="000B4EFD">
            <w:pPr>
              <w:rPr>
                <w:lang w:val="uk-UA"/>
              </w:rPr>
            </w:pPr>
            <w:r w:rsidRPr="006C3957">
              <w:rPr>
                <w:sz w:val="16"/>
                <w:lang w:val="uk-UA"/>
              </w:rPr>
              <w:t>охорона праці</w:t>
            </w:r>
          </w:p>
        </w:tc>
        <w:tc>
          <w:tcPr>
            <w:tcW w:w="256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686989D" w14:textId="77777777" w:rsidR="00F824FE" w:rsidRPr="006C3957" w:rsidRDefault="000B4EFD">
            <w:pPr>
              <w:jc w:val="center"/>
              <w:rPr>
                <w:lang w:val="uk-UA"/>
              </w:rPr>
            </w:pPr>
            <w:r w:rsidRPr="006C3957">
              <w:rPr>
                <w:sz w:val="16"/>
                <w:lang w:val="uk-UA"/>
              </w:rPr>
              <w:t>0,09</w:t>
            </w:r>
          </w:p>
        </w:tc>
        <w:tc>
          <w:tcPr>
            <w:tcW w:w="196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499A191" w14:textId="77777777" w:rsidR="00F824FE" w:rsidRPr="006C3957" w:rsidRDefault="000B4EFD">
            <w:pPr>
              <w:jc w:val="center"/>
              <w:rPr>
                <w:lang w:val="uk-UA"/>
              </w:rPr>
            </w:pPr>
            <w:r w:rsidRPr="006C3957">
              <w:rPr>
                <w:sz w:val="16"/>
                <w:lang w:val="uk-UA"/>
              </w:rPr>
              <w:t>0,17</w:t>
            </w:r>
          </w:p>
        </w:tc>
      </w:tr>
      <w:tr w:rsidR="00F824FE" w:rsidRPr="006C3957" w14:paraId="4CD00830" w14:textId="77777777" w:rsidTr="000D02B6">
        <w:trPr>
          <w:jc w:val="center"/>
        </w:trPr>
        <w:tc>
          <w:tcPr>
            <w:tcW w:w="1135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F52F010" w14:textId="77777777" w:rsidR="00F824FE" w:rsidRPr="006C3957" w:rsidRDefault="000B4EFD">
            <w:pPr>
              <w:jc w:val="center"/>
              <w:rPr>
                <w:lang w:val="uk-UA"/>
              </w:rPr>
            </w:pPr>
            <w:r w:rsidRPr="006C3957">
              <w:rPr>
                <w:sz w:val="16"/>
                <w:lang w:val="uk-UA"/>
              </w:rPr>
              <w:t>1.4.9</w:t>
            </w:r>
          </w:p>
        </w:tc>
        <w:tc>
          <w:tcPr>
            <w:tcW w:w="5245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BD08F7F" w14:textId="77777777" w:rsidR="00F824FE" w:rsidRPr="006C3957" w:rsidRDefault="000B4EFD">
            <w:pPr>
              <w:rPr>
                <w:lang w:val="uk-UA"/>
              </w:rPr>
            </w:pPr>
            <w:r w:rsidRPr="006C3957">
              <w:rPr>
                <w:sz w:val="16"/>
                <w:lang w:val="uk-UA"/>
              </w:rPr>
              <w:t>податки та збори</w:t>
            </w:r>
          </w:p>
        </w:tc>
        <w:tc>
          <w:tcPr>
            <w:tcW w:w="256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B1DD460" w14:textId="77777777" w:rsidR="00F824FE" w:rsidRPr="006C3957" w:rsidRDefault="000B4EFD">
            <w:pPr>
              <w:jc w:val="center"/>
              <w:rPr>
                <w:lang w:val="uk-UA"/>
              </w:rPr>
            </w:pPr>
            <w:r w:rsidRPr="006C3957">
              <w:rPr>
                <w:sz w:val="16"/>
                <w:lang w:val="uk-UA"/>
              </w:rPr>
              <w:t>2,43</w:t>
            </w:r>
          </w:p>
        </w:tc>
        <w:tc>
          <w:tcPr>
            <w:tcW w:w="196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2694D86" w14:textId="77777777" w:rsidR="00F824FE" w:rsidRPr="006C3957" w:rsidRDefault="000B4EFD">
            <w:pPr>
              <w:jc w:val="center"/>
              <w:rPr>
                <w:lang w:val="uk-UA"/>
              </w:rPr>
            </w:pPr>
            <w:r w:rsidRPr="006C3957">
              <w:rPr>
                <w:sz w:val="16"/>
                <w:lang w:val="uk-UA"/>
              </w:rPr>
              <w:t>-</w:t>
            </w:r>
          </w:p>
        </w:tc>
      </w:tr>
      <w:tr w:rsidR="00F824FE" w:rsidRPr="006C3957" w14:paraId="1E0BC1B7" w14:textId="77777777" w:rsidTr="000D02B6">
        <w:trPr>
          <w:jc w:val="center"/>
        </w:trPr>
        <w:tc>
          <w:tcPr>
            <w:tcW w:w="1135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3D6F2AD" w14:textId="77777777" w:rsidR="00F824FE" w:rsidRPr="006C3957" w:rsidRDefault="000B4EFD">
            <w:pPr>
              <w:jc w:val="center"/>
              <w:rPr>
                <w:lang w:val="uk-UA"/>
              </w:rPr>
            </w:pPr>
            <w:r w:rsidRPr="006C3957">
              <w:rPr>
                <w:b/>
                <w:sz w:val="16"/>
                <w:lang w:val="uk-UA"/>
              </w:rPr>
              <w:t>2</w:t>
            </w:r>
          </w:p>
        </w:tc>
        <w:tc>
          <w:tcPr>
            <w:tcW w:w="5245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828BD80" w14:textId="77777777" w:rsidR="00F824FE" w:rsidRPr="006C3957" w:rsidRDefault="000B4EFD">
            <w:pPr>
              <w:rPr>
                <w:lang w:val="uk-UA"/>
              </w:rPr>
            </w:pPr>
            <w:r w:rsidRPr="006C3957">
              <w:rPr>
                <w:b/>
                <w:sz w:val="16"/>
                <w:lang w:val="uk-UA"/>
              </w:rPr>
              <w:t>Адміністративні витрати</w:t>
            </w:r>
          </w:p>
        </w:tc>
        <w:tc>
          <w:tcPr>
            <w:tcW w:w="256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DFAAB7E" w14:textId="77777777" w:rsidR="00F824FE" w:rsidRPr="006C3957" w:rsidRDefault="000B4EFD">
            <w:pPr>
              <w:jc w:val="center"/>
              <w:rPr>
                <w:lang w:val="uk-UA"/>
              </w:rPr>
            </w:pPr>
            <w:r w:rsidRPr="006C3957">
              <w:rPr>
                <w:b/>
                <w:sz w:val="16"/>
                <w:lang w:val="uk-UA"/>
              </w:rPr>
              <w:t>4,06</w:t>
            </w:r>
          </w:p>
        </w:tc>
        <w:tc>
          <w:tcPr>
            <w:tcW w:w="196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491F25D" w14:textId="77777777" w:rsidR="00F824FE" w:rsidRPr="006C3957" w:rsidRDefault="000B4EFD">
            <w:pPr>
              <w:jc w:val="center"/>
              <w:rPr>
                <w:lang w:val="uk-UA"/>
              </w:rPr>
            </w:pPr>
            <w:r w:rsidRPr="006C3957">
              <w:rPr>
                <w:b/>
                <w:sz w:val="16"/>
                <w:lang w:val="uk-UA"/>
              </w:rPr>
              <w:t>9,09</w:t>
            </w:r>
          </w:p>
        </w:tc>
      </w:tr>
      <w:tr w:rsidR="00F824FE" w:rsidRPr="006C3957" w14:paraId="2E94B9E9" w14:textId="77777777" w:rsidTr="000D02B6">
        <w:trPr>
          <w:jc w:val="center"/>
        </w:trPr>
        <w:tc>
          <w:tcPr>
            <w:tcW w:w="1135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4133A8F" w14:textId="77777777" w:rsidR="00F824FE" w:rsidRPr="006C3957" w:rsidRDefault="000B4EFD">
            <w:pPr>
              <w:jc w:val="center"/>
              <w:rPr>
                <w:lang w:val="uk-UA"/>
              </w:rPr>
            </w:pPr>
            <w:r w:rsidRPr="006C3957">
              <w:rPr>
                <w:sz w:val="16"/>
                <w:lang w:val="uk-UA"/>
              </w:rPr>
              <w:t>2.1</w:t>
            </w:r>
          </w:p>
        </w:tc>
        <w:tc>
          <w:tcPr>
            <w:tcW w:w="5245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0BA58D1" w14:textId="77777777" w:rsidR="00F824FE" w:rsidRPr="006C3957" w:rsidRDefault="000B4EFD">
            <w:pPr>
              <w:rPr>
                <w:lang w:val="uk-UA"/>
              </w:rPr>
            </w:pPr>
            <w:r w:rsidRPr="006C3957">
              <w:rPr>
                <w:sz w:val="16"/>
                <w:lang w:val="uk-UA"/>
              </w:rPr>
              <w:t>витрати на оплату праці</w:t>
            </w:r>
          </w:p>
        </w:tc>
        <w:tc>
          <w:tcPr>
            <w:tcW w:w="256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7EE0DBC" w14:textId="77777777" w:rsidR="00F824FE" w:rsidRPr="006C3957" w:rsidRDefault="000B4EFD">
            <w:pPr>
              <w:jc w:val="center"/>
              <w:rPr>
                <w:lang w:val="uk-UA"/>
              </w:rPr>
            </w:pPr>
            <w:r w:rsidRPr="006C3957">
              <w:rPr>
                <w:sz w:val="16"/>
                <w:lang w:val="uk-UA"/>
              </w:rPr>
              <w:t>2,84</w:t>
            </w:r>
          </w:p>
        </w:tc>
        <w:tc>
          <w:tcPr>
            <w:tcW w:w="196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291CDE7" w14:textId="77777777" w:rsidR="00F824FE" w:rsidRPr="006C3957" w:rsidRDefault="000B4EFD">
            <w:pPr>
              <w:jc w:val="center"/>
              <w:rPr>
                <w:lang w:val="uk-UA"/>
              </w:rPr>
            </w:pPr>
            <w:r w:rsidRPr="006C3957">
              <w:rPr>
                <w:sz w:val="16"/>
                <w:lang w:val="uk-UA"/>
              </w:rPr>
              <w:t>6,36</w:t>
            </w:r>
          </w:p>
        </w:tc>
      </w:tr>
      <w:tr w:rsidR="00F824FE" w:rsidRPr="006C3957" w14:paraId="34090F36" w14:textId="77777777" w:rsidTr="000D02B6">
        <w:trPr>
          <w:jc w:val="center"/>
        </w:trPr>
        <w:tc>
          <w:tcPr>
            <w:tcW w:w="1135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AACF2D2" w14:textId="77777777" w:rsidR="00F824FE" w:rsidRPr="006C3957" w:rsidRDefault="000B4EFD">
            <w:pPr>
              <w:jc w:val="center"/>
              <w:rPr>
                <w:lang w:val="uk-UA"/>
              </w:rPr>
            </w:pPr>
            <w:r w:rsidRPr="006C3957">
              <w:rPr>
                <w:sz w:val="16"/>
                <w:lang w:val="uk-UA"/>
              </w:rPr>
              <w:t>2.2</w:t>
            </w:r>
          </w:p>
        </w:tc>
        <w:tc>
          <w:tcPr>
            <w:tcW w:w="5245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7EC1E3B" w14:textId="77777777" w:rsidR="00F824FE" w:rsidRPr="006C3957" w:rsidRDefault="000B4EFD">
            <w:pPr>
              <w:rPr>
                <w:lang w:val="uk-UA"/>
              </w:rPr>
            </w:pPr>
            <w:r w:rsidRPr="006C3957">
              <w:rPr>
                <w:sz w:val="16"/>
                <w:lang w:val="uk-UA"/>
              </w:rPr>
              <w:t>відрахування на соціальні заходи</w:t>
            </w:r>
          </w:p>
        </w:tc>
        <w:tc>
          <w:tcPr>
            <w:tcW w:w="256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850A343" w14:textId="77777777" w:rsidR="00F824FE" w:rsidRPr="006C3957" w:rsidRDefault="000B4EFD">
            <w:pPr>
              <w:jc w:val="center"/>
              <w:rPr>
                <w:lang w:val="uk-UA"/>
              </w:rPr>
            </w:pPr>
            <w:r w:rsidRPr="006C3957">
              <w:rPr>
                <w:sz w:val="16"/>
                <w:lang w:val="uk-UA"/>
              </w:rPr>
              <w:t>0,62</w:t>
            </w:r>
          </w:p>
        </w:tc>
        <w:tc>
          <w:tcPr>
            <w:tcW w:w="196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894157D" w14:textId="77777777" w:rsidR="00F824FE" w:rsidRPr="006C3957" w:rsidRDefault="000B4EFD">
            <w:pPr>
              <w:jc w:val="center"/>
              <w:rPr>
                <w:lang w:val="uk-UA"/>
              </w:rPr>
            </w:pPr>
            <w:r w:rsidRPr="006C3957">
              <w:rPr>
                <w:sz w:val="16"/>
                <w:lang w:val="uk-UA"/>
              </w:rPr>
              <w:t>1,40</w:t>
            </w:r>
          </w:p>
        </w:tc>
      </w:tr>
      <w:tr w:rsidR="00F824FE" w:rsidRPr="006C3957" w14:paraId="151C0401" w14:textId="77777777" w:rsidTr="000D02B6">
        <w:trPr>
          <w:jc w:val="center"/>
        </w:trPr>
        <w:tc>
          <w:tcPr>
            <w:tcW w:w="1135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A996A4D" w14:textId="77777777" w:rsidR="00F824FE" w:rsidRPr="006C3957" w:rsidRDefault="000B4EFD">
            <w:pPr>
              <w:jc w:val="center"/>
              <w:rPr>
                <w:lang w:val="uk-UA"/>
              </w:rPr>
            </w:pPr>
            <w:r w:rsidRPr="006C3957">
              <w:rPr>
                <w:sz w:val="16"/>
                <w:lang w:val="uk-UA"/>
              </w:rPr>
              <w:t>2.3</w:t>
            </w:r>
          </w:p>
        </w:tc>
        <w:tc>
          <w:tcPr>
            <w:tcW w:w="5245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A8FE417" w14:textId="77777777" w:rsidR="00F824FE" w:rsidRPr="006C3957" w:rsidRDefault="000B4EFD">
            <w:pPr>
              <w:rPr>
                <w:lang w:val="uk-UA"/>
              </w:rPr>
            </w:pPr>
            <w:r w:rsidRPr="006C3957">
              <w:rPr>
                <w:sz w:val="16"/>
                <w:lang w:val="uk-UA"/>
              </w:rPr>
              <w:t>інші витрати (навчання, канцтовари, підписка)</w:t>
            </w:r>
          </w:p>
        </w:tc>
        <w:tc>
          <w:tcPr>
            <w:tcW w:w="256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D2E1136" w14:textId="77777777" w:rsidR="00F824FE" w:rsidRPr="006C3957" w:rsidRDefault="000B4EFD">
            <w:pPr>
              <w:jc w:val="center"/>
              <w:rPr>
                <w:lang w:val="uk-UA"/>
              </w:rPr>
            </w:pPr>
            <w:r w:rsidRPr="006C3957">
              <w:rPr>
                <w:sz w:val="16"/>
                <w:lang w:val="uk-UA"/>
              </w:rPr>
              <w:t>0,23</w:t>
            </w:r>
          </w:p>
        </w:tc>
        <w:tc>
          <w:tcPr>
            <w:tcW w:w="196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B5709B4" w14:textId="77777777" w:rsidR="00F824FE" w:rsidRPr="006C3957" w:rsidRDefault="000B4EFD">
            <w:pPr>
              <w:jc w:val="center"/>
              <w:rPr>
                <w:lang w:val="uk-UA"/>
              </w:rPr>
            </w:pPr>
            <w:r w:rsidRPr="006C3957">
              <w:rPr>
                <w:sz w:val="16"/>
                <w:lang w:val="uk-UA"/>
              </w:rPr>
              <w:t>0,52</w:t>
            </w:r>
          </w:p>
        </w:tc>
      </w:tr>
      <w:tr w:rsidR="00F824FE" w:rsidRPr="006C3957" w14:paraId="0FAF90EE" w14:textId="77777777" w:rsidTr="000D02B6">
        <w:trPr>
          <w:jc w:val="center"/>
        </w:trPr>
        <w:tc>
          <w:tcPr>
            <w:tcW w:w="1135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ED24405" w14:textId="77777777" w:rsidR="00F824FE" w:rsidRPr="006C3957" w:rsidRDefault="000B4EFD">
            <w:pPr>
              <w:jc w:val="center"/>
              <w:rPr>
                <w:lang w:val="uk-UA"/>
              </w:rPr>
            </w:pPr>
            <w:r w:rsidRPr="006C3957">
              <w:rPr>
                <w:sz w:val="16"/>
                <w:lang w:val="uk-UA"/>
              </w:rPr>
              <w:t>2.4</w:t>
            </w:r>
          </w:p>
        </w:tc>
        <w:tc>
          <w:tcPr>
            <w:tcW w:w="5245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38873B9" w14:textId="77777777" w:rsidR="00F824FE" w:rsidRPr="006C3957" w:rsidRDefault="000B4EFD">
            <w:pPr>
              <w:rPr>
                <w:lang w:val="uk-UA"/>
              </w:rPr>
            </w:pPr>
            <w:r w:rsidRPr="006C3957">
              <w:rPr>
                <w:sz w:val="16"/>
                <w:lang w:val="uk-UA"/>
              </w:rPr>
              <w:t>амортизаційні відрахування</w:t>
            </w:r>
          </w:p>
        </w:tc>
        <w:tc>
          <w:tcPr>
            <w:tcW w:w="256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4CC3614" w14:textId="77777777" w:rsidR="00F824FE" w:rsidRPr="006C3957" w:rsidRDefault="000B4EFD">
            <w:pPr>
              <w:jc w:val="center"/>
              <w:rPr>
                <w:lang w:val="uk-UA"/>
              </w:rPr>
            </w:pPr>
            <w:r w:rsidRPr="006C3957">
              <w:rPr>
                <w:sz w:val="16"/>
                <w:lang w:val="uk-UA"/>
              </w:rPr>
              <w:t>0,00</w:t>
            </w:r>
          </w:p>
        </w:tc>
        <w:tc>
          <w:tcPr>
            <w:tcW w:w="196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9438E1B" w14:textId="77777777" w:rsidR="00F824FE" w:rsidRPr="006C3957" w:rsidRDefault="000B4EFD">
            <w:pPr>
              <w:jc w:val="center"/>
              <w:rPr>
                <w:lang w:val="uk-UA"/>
              </w:rPr>
            </w:pPr>
            <w:r w:rsidRPr="006C3957">
              <w:rPr>
                <w:sz w:val="16"/>
                <w:lang w:val="uk-UA"/>
              </w:rPr>
              <w:t>0,01</w:t>
            </w:r>
          </w:p>
        </w:tc>
      </w:tr>
      <w:tr w:rsidR="00F824FE" w:rsidRPr="006C3957" w14:paraId="43E58F1D" w14:textId="77777777" w:rsidTr="000D02B6">
        <w:trPr>
          <w:jc w:val="center"/>
        </w:trPr>
        <w:tc>
          <w:tcPr>
            <w:tcW w:w="1135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D57BC3F" w14:textId="77777777" w:rsidR="00F824FE" w:rsidRPr="006C3957" w:rsidRDefault="000B4EFD">
            <w:pPr>
              <w:jc w:val="center"/>
              <w:rPr>
                <w:lang w:val="uk-UA"/>
              </w:rPr>
            </w:pPr>
            <w:r w:rsidRPr="006C3957">
              <w:rPr>
                <w:sz w:val="16"/>
                <w:lang w:val="uk-UA"/>
              </w:rPr>
              <w:t>2.5</w:t>
            </w:r>
          </w:p>
        </w:tc>
        <w:tc>
          <w:tcPr>
            <w:tcW w:w="5245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9DDA929" w14:textId="77777777" w:rsidR="00F824FE" w:rsidRPr="006C3957" w:rsidRDefault="000B4EFD">
            <w:pPr>
              <w:rPr>
                <w:lang w:val="uk-UA"/>
              </w:rPr>
            </w:pPr>
            <w:r w:rsidRPr="006C3957">
              <w:rPr>
                <w:sz w:val="16"/>
                <w:lang w:val="uk-UA"/>
              </w:rPr>
              <w:t>витрати на утримання основних засобів</w:t>
            </w:r>
          </w:p>
        </w:tc>
        <w:tc>
          <w:tcPr>
            <w:tcW w:w="256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7AF4F6E" w14:textId="77777777" w:rsidR="00F824FE" w:rsidRPr="006C3957" w:rsidRDefault="000B4EFD">
            <w:pPr>
              <w:jc w:val="center"/>
              <w:rPr>
                <w:lang w:val="uk-UA"/>
              </w:rPr>
            </w:pPr>
            <w:r w:rsidRPr="006C3957">
              <w:rPr>
                <w:sz w:val="16"/>
                <w:lang w:val="uk-UA"/>
              </w:rPr>
              <w:t>0,03</w:t>
            </w:r>
          </w:p>
        </w:tc>
        <w:tc>
          <w:tcPr>
            <w:tcW w:w="196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B86F804" w14:textId="77777777" w:rsidR="00F824FE" w:rsidRPr="006C3957" w:rsidRDefault="000B4EFD">
            <w:pPr>
              <w:jc w:val="center"/>
              <w:rPr>
                <w:lang w:val="uk-UA"/>
              </w:rPr>
            </w:pPr>
            <w:r w:rsidRPr="006C3957">
              <w:rPr>
                <w:sz w:val="16"/>
                <w:lang w:val="uk-UA"/>
              </w:rPr>
              <w:t>0,07</w:t>
            </w:r>
          </w:p>
        </w:tc>
      </w:tr>
      <w:tr w:rsidR="00F824FE" w:rsidRPr="006C3957" w14:paraId="6F85319C" w14:textId="77777777" w:rsidTr="000D02B6">
        <w:trPr>
          <w:jc w:val="center"/>
        </w:trPr>
        <w:tc>
          <w:tcPr>
            <w:tcW w:w="1135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8B02752" w14:textId="77777777" w:rsidR="00F824FE" w:rsidRPr="006C3957" w:rsidRDefault="000B4EFD">
            <w:pPr>
              <w:jc w:val="center"/>
              <w:rPr>
                <w:lang w:val="uk-UA"/>
              </w:rPr>
            </w:pPr>
            <w:r w:rsidRPr="006C3957">
              <w:rPr>
                <w:sz w:val="16"/>
                <w:lang w:val="uk-UA"/>
              </w:rPr>
              <w:t>2.6</w:t>
            </w:r>
          </w:p>
        </w:tc>
        <w:tc>
          <w:tcPr>
            <w:tcW w:w="5245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8E1622E" w14:textId="77777777" w:rsidR="00F824FE" w:rsidRPr="006C3957" w:rsidRDefault="000B4EFD">
            <w:pPr>
              <w:rPr>
                <w:lang w:val="uk-UA"/>
              </w:rPr>
            </w:pPr>
            <w:r w:rsidRPr="006C3957">
              <w:rPr>
                <w:sz w:val="16"/>
                <w:lang w:val="uk-UA"/>
              </w:rPr>
              <w:t>оплата професійних послуг (юридичні тощо)</w:t>
            </w:r>
          </w:p>
        </w:tc>
        <w:tc>
          <w:tcPr>
            <w:tcW w:w="256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9808667" w14:textId="77777777" w:rsidR="00F824FE" w:rsidRPr="006C3957" w:rsidRDefault="000B4EFD">
            <w:pPr>
              <w:jc w:val="center"/>
              <w:rPr>
                <w:lang w:val="uk-UA"/>
              </w:rPr>
            </w:pPr>
            <w:r w:rsidRPr="006C3957">
              <w:rPr>
                <w:sz w:val="16"/>
                <w:lang w:val="uk-UA"/>
              </w:rPr>
              <w:t>0,16</w:t>
            </w:r>
          </w:p>
        </w:tc>
        <w:tc>
          <w:tcPr>
            <w:tcW w:w="196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2B11BD2" w14:textId="77777777" w:rsidR="00F824FE" w:rsidRPr="006C3957" w:rsidRDefault="000B4EFD">
            <w:pPr>
              <w:jc w:val="center"/>
              <w:rPr>
                <w:lang w:val="uk-UA"/>
              </w:rPr>
            </w:pPr>
            <w:r w:rsidRPr="006C3957">
              <w:rPr>
                <w:sz w:val="16"/>
                <w:lang w:val="uk-UA"/>
              </w:rPr>
              <w:t>0,36</w:t>
            </w:r>
          </w:p>
        </w:tc>
      </w:tr>
      <w:tr w:rsidR="00F824FE" w:rsidRPr="006C3957" w14:paraId="03D7FC62" w14:textId="77777777" w:rsidTr="000D02B6">
        <w:trPr>
          <w:jc w:val="center"/>
        </w:trPr>
        <w:tc>
          <w:tcPr>
            <w:tcW w:w="1135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3CD2435" w14:textId="77777777" w:rsidR="00F824FE" w:rsidRPr="006C3957" w:rsidRDefault="000B4EFD">
            <w:pPr>
              <w:jc w:val="center"/>
              <w:rPr>
                <w:lang w:val="uk-UA"/>
              </w:rPr>
            </w:pPr>
            <w:r w:rsidRPr="006C3957">
              <w:rPr>
                <w:sz w:val="16"/>
                <w:lang w:val="uk-UA"/>
              </w:rPr>
              <w:t>2.7</w:t>
            </w:r>
          </w:p>
        </w:tc>
        <w:tc>
          <w:tcPr>
            <w:tcW w:w="5245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FF2ECE1" w14:textId="77777777" w:rsidR="00F824FE" w:rsidRPr="006C3957" w:rsidRDefault="000B4EFD">
            <w:pPr>
              <w:rPr>
                <w:lang w:val="uk-UA"/>
              </w:rPr>
            </w:pPr>
            <w:r w:rsidRPr="006C3957">
              <w:rPr>
                <w:sz w:val="16"/>
                <w:lang w:val="uk-UA"/>
              </w:rPr>
              <w:t>інші витрати (зв’язок, банки, збори)</w:t>
            </w:r>
          </w:p>
        </w:tc>
        <w:tc>
          <w:tcPr>
            <w:tcW w:w="256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5765598" w14:textId="77777777" w:rsidR="00F824FE" w:rsidRPr="006C3957" w:rsidRDefault="000B4EFD">
            <w:pPr>
              <w:jc w:val="center"/>
              <w:rPr>
                <w:lang w:val="uk-UA"/>
              </w:rPr>
            </w:pPr>
            <w:r w:rsidRPr="006C3957">
              <w:rPr>
                <w:sz w:val="16"/>
                <w:lang w:val="uk-UA"/>
              </w:rPr>
              <w:t>0,16</w:t>
            </w:r>
          </w:p>
        </w:tc>
        <w:tc>
          <w:tcPr>
            <w:tcW w:w="196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7BE8A9A" w14:textId="77777777" w:rsidR="00F824FE" w:rsidRPr="006C3957" w:rsidRDefault="000B4EFD">
            <w:pPr>
              <w:jc w:val="center"/>
              <w:rPr>
                <w:lang w:val="uk-UA"/>
              </w:rPr>
            </w:pPr>
            <w:r w:rsidRPr="006C3957">
              <w:rPr>
                <w:sz w:val="16"/>
                <w:lang w:val="uk-UA"/>
              </w:rPr>
              <w:t>0,37</w:t>
            </w:r>
          </w:p>
        </w:tc>
      </w:tr>
      <w:tr w:rsidR="00F824FE" w:rsidRPr="006C3957" w14:paraId="1C2288C9" w14:textId="77777777" w:rsidTr="000D02B6">
        <w:trPr>
          <w:jc w:val="center"/>
        </w:trPr>
        <w:tc>
          <w:tcPr>
            <w:tcW w:w="1135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FF9E531" w14:textId="77777777" w:rsidR="00F824FE" w:rsidRPr="006C3957" w:rsidRDefault="000B4EFD">
            <w:pPr>
              <w:jc w:val="center"/>
              <w:rPr>
                <w:lang w:val="uk-UA"/>
              </w:rPr>
            </w:pPr>
            <w:r w:rsidRPr="006C3957">
              <w:rPr>
                <w:sz w:val="16"/>
                <w:lang w:val="uk-UA"/>
              </w:rPr>
              <w:t>3</w:t>
            </w:r>
          </w:p>
        </w:tc>
        <w:tc>
          <w:tcPr>
            <w:tcW w:w="5245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0DA3503" w14:textId="77777777" w:rsidR="00F824FE" w:rsidRPr="006C3957" w:rsidRDefault="000B4EFD">
            <w:pPr>
              <w:rPr>
                <w:lang w:val="uk-UA"/>
              </w:rPr>
            </w:pPr>
            <w:r w:rsidRPr="006C3957">
              <w:rPr>
                <w:sz w:val="16"/>
                <w:lang w:val="uk-UA"/>
              </w:rPr>
              <w:t>Витрати на збут</w:t>
            </w:r>
          </w:p>
        </w:tc>
        <w:tc>
          <w:tcPr>
            <w:tcW w:w="256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E306E02" w14:textId="77777777" w:rsidR="00F824FE" w:rsidRPr="006C3957" w:rsidRDefault="000B4EFD">
            <w:pPr>
              <w:jc w:val="center"/>
              <w:rPr>
                <w:lang w:val="uk-UA"/>
              </w:rPr>
            </w:pPr>
            <w:r w:rsidRPr="006C3957">
              <w:rPr>
                <w:sz w:val="16"/>
                <w:lang w:val="uk-UA"/>
              </w:rPr>
              <w:t>-</w:t>
            </w:r>
          </w:p>
        </w:tc>
        <w:tc>
          <w:tcPr>
            <w:tcW w:w="196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2F92C3A" w14:textId="77777777" w:rsidR="00F824FE" w:rsidRPr="006C3957" w:rsidRDefault="000B4EFD">
            <w:pPr>
              <w:jc w:val="center"/>
              <w:rPr>
                <w:lang w:val="uk-UA"/>
              </w:rPr>
            </w:pPr>
            <w:r w:rsidRPr="006C3957">
              <w:rPr>
                <w:sz w:val="16"/>
                <w:lang w:val="uk-UA"/>
              </w:rPr>
              <w:t>-</w:t>
            </w:r>
          </w:p>
        </w:tc>
      </w:tr>
      <w:tr w:rsidR="00F824FE" w:rsidRPr="006C3957" w14:paraId="0E4D5328" w14:textId="77777777" w:rsidTr="000D02B6">
        <w:trPr>
          <w:jc w:val="center"/>
        </w:trPr>
        <w:tc>
          <w:tcPr>
            <w:tcW w:w="1135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3E64715" w14:textId="77777777" w:rsidR="00F824FE" w:rsidRPr="006C3957" w:rsidRDefault="000B4EFD">
            <w:pPr>
              <w:jc w:val="center"/>
              <w:rPr>
                <w:lang w:val="uk-UA"/>
              </w:rPr>
            </w:pPr>
            <w:r w:rsidRPr="006C3957">
              <w:rPr>
                <w:sz w:val="16"/>
                <w:lang w:val="uk-UA"/>
              </w:rPr>
              <w:t>4</w:t>
            </w:r>
          </w:p>
        </w:tc>
        <w:tc>
          <w:tcPr>
            <w:tcW w:w="5245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441D614" w14:textId="77777777" w:rsidR="00F824FE" w:rsidRPr="006C3957" w:rsidRDefault="000B4EFD">
            <w:pPr>
              <w:rPr>
                <w:lang w:val="uk-UA"/>
              </w:rPr>
            </w:pPr>
            <w:r w:rsidRPr="006C3957">
              <w:rPr>
                <w:sz w:val="16"/>
                <w:lang w:val="uk-UA"/>
              </w:rPr>
              <w:t>Інші операційні витрати</w:t>
            </w:r>
          </w:p>
        </w:tc>
        <w:tc>
          <w:tcPr>
            <w:tcW w:w="256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CBEBB5F" w14:textId="77777777" w:rsidR="00F824FE" w:rsidRPr="006C3957" w:rsidRDefault="000B4EFD">
            <w:pPr>
              <w:jc w:val="center"/>
              <w:rPr>
                <w:lang w:val="uk-UA"/>
              </w:rPr>
            </w:pPr>
            <w:r w:rsidRPr="006C3957">
              <w:rPr>
                <w:sz w:val="16"/>
                <w:lang w:val="uk-UA"/>
              </w:rPr>
              <w:t>-</w:t>
            </w:r>
          </w:p>
        </w:tc>
        <w:tc>
          <w:tcPr>
            <w:tcW w:w="196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C26F9E3" w14:textId="77777777" w:rsidR="00F824FE" w:rsidRPr="006C3957" w:rsidRDefault="000B4EFD">
            <w:pPr>
              <w:jc w:val="center"/>
              <w:rPr>
                <w:lang w:val="uk-UA"/>
              </w:rPr>
            </w:pPr>
            <w:r w:rsidRPr="006C3957">
              <w:rPr>
                <w:sz w:val="16"/>
                <w:lang w:val="uk-UA"/>
              </w:rPr>
              <w:t>-</w:t>
            </w:r>
          </w:p>
        </w:tc>
      </w:tr>
      <w:tr w:rsidR="00F824FE" w:rsidRPr="006C3957" w14:paraId="405C9625" w14:textId="77777777" w:rsidTr="000D02B6">
        <w:trPr>
          <w:jc w:val="center"/>
        </w:trPr>
        <w:tc>
          <w:tcPr>
            <w:tcW w:w="1135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77BE944" w14:textId="77777777" w:rsidR="00F824FE" w:rsidRPr="006C3957" w:rsidRDefault="000B4EFD">
            <w:pPr>
              <w:jc w:val="center"/>
              <w:rPr>
                <w:lang w:val="uk-UA"/>
              </w:rPr>
            </w:pPr>
            <w:r w:rsidRPr="006C3957">
              <w:rPr>
                <w:sz w:val="16"/>
                <w:lang w:val="uk-UA"/>
              </w:rPr>
              <w:t>5</w:t>
            </w:r>
          </w:p>
        </w:tc>
        <w:tc>
          <w:tcPr>
            <w:tcW w:w="5245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7B0B755" w14:textId="77777777" w:rsidR="00F824FE" w:rsidRPr="006C3957" w:rsidRDefault="000B4EFD">
            <w:pPr>
              <w:rPr>
                <w:lang w:val="uk-UA"/>
              </w:rPr>
            </w:pPr>
            <w:r w:rsidRPr="006C3957">
              <w:rPr>
                <w:sz w:val="16"/>
                <w:lang w:val="uk-UA"/>
              </w:rPr>
              <w:t>Фінансові витрати</w:t>
            </w:r>
          </w:p>
        </w:tc>
        <w:tc>
          <w:tcPr>
            <w:tcW w:w="256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1762BB8" w14:textId="77777777" w:rsidR="00F824FE" w:rsidRPr="006C3957" w:rsidRDefault="000B4EFD">
            <w:pPr>
              <w:jc w:val="center"/>
              <w:rPr>
                <w:lang w:val="uk-UA"/>
              </w:rPr>
            </w:pPr>
            <w:r w:rsidRPr="006C3957">
              <w:rPr>
                <w:sz w:val="16"/>
                <w:lang w:val="uk-UA"/>
              </w:rPr>
              <w:t>-</w:t>
            </w:r>
          </w:p>
        </w:tc>
        <w:tc>
          <w:tcPr>
            <w:tcW w:w="196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D7804CA" w14:textId="77777777" w:rsidR="00F824FE" w:rsidRPr="006C3957" w:rsidRDefault="000B4EFD">
            <w:pPr>
              <w:jc w:val="center"/>
              <w:rPr>
                <w:lang w:val="uk-UA"/>
              </w:rPr>
            </w:pPr>
            <w:r w:rsidRPr="006C3957">
              <w:rPr>
                <w:sz w:val="16"/>
                <w:lang w:val="uk-UA"/>
              </w:rPr>
              <w:t>-</w:t>
            </w:r>
          </w:p>
        </w:tc>
      </w:tr>
      <w:tr w:rsidR="00F824FE" w:rsidRPr="006C3957" w14:paraId="00832E13" w14:textId="77777777" w:rsidTr="000D02B6">
        <w:trPr>
          <w:jc w:val="center"/>
        </w:trPr>
        <w:tc>
          <w:tcPr>
            <w:tcW w:w="1135" w:type="dxa"/>
            <w:shd w:val="clear" w:color="auto" w:fill="EAF2F8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AF8DE56" w14:textId="77777777" w:rsidR="00F824FE" w:rsidRPr="006C3957" w:rsidRDefault="000B4EFD">
            <w:pPr>
              <w:jc w:val="center"/>
              <w:rPr>
                <w:lang w:val="uk-UA"/>
              </w:rPr>
            </w:pPr>
            <w:r w:rsidRPr="006C3957">
              <w:rPr>
                <w:b/>
                <w:sz w:val="16"/>
                <w:lang w:val="uk-UA"/>
              </w:rPr>
              <w:t>6</w:t>
            </w:r>
          </w:p>
        </w:tc>
        <w:tc>
          <w:tcPr>
            <w:tcW w:w="5245" w:type="dxa"/>
            <w:shd w:val="clear" w:color="auto" w:fill="EAF2F8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8765B5C" w14:textId="77777777" w:rsidR="00F824FE" w:rsidRPr="006C3957" w:rsidRDefault="000B4EFD">
            <w:pPr>
              <w:rPr>
                <w:lang w:val="uk-UA"/>
              </w:rPr>
            </w:pPr>
            <w:r w:rsidRPr="006C3957">
              <w:rPr>
                <w:b/>
                <w:sz w:val="16"/>
                <w:lang w:val="uk-UA"/>
              </w:rPr>
              <w:t>Усього витрат повної собівартості</w:t>
            </w:r>
          </w:p>
        </w:tc>
        <w:tc>
          <w:tcPr>
            <w:tcW w:w="2564" w:type="dxa"/>
            <w:shd w:val="clear" w:color="auto" w:fill="EAF2F8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F9BDB9E" w14:textId="77777777" w:rsidR="00F824FE" w:rsidRPr="006C3957" w:rsidRDefault="000B4EFD">
            <w:pPr>
              <w:jc w:val="center"/>
              <w:rPr>
                <w:lang w:val="uk-UA"/>
              </w:rPr>
            </w:pPr>
            <w:r w:rsidRPr="006C3957">
              <w:rPr>
                <w:b/>
                <w:sz w:val="16"/>
                <w:lang w:val="uk-UA"/>
              </w:rPr>
              <w:t>40,56</w:t>
            </w:r>
          </w:p>
        </w:tc>
        <w:tc>
          <w:tcPr>
            <w:tcW w:w="1966" w:type="dxa"/>
            <w:shd w:val="clear" w:color="auto" w:fill="EAF2F8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9453EB3" w14:textId="77777777" w:rsidR="00F824FE" w:rsidRPr="006C3957" w:rsidRDefault="000B4EFD">
            <w:pPr>
              <w:jc w:val="center"/>
              <w:rPr>
                <w:lang w:val="uk-UA"/>
              </w:rPr>
            </w:pPr>
            <w:r w:rsidRPr="006C3957">
              <w:rPr>
                <w:b/>
                <w:sz w:val="16"/>
                <w:lang w:val="uk-UA"/>
              </w:rPr>
              <w:t>90,87</w:t>
            </w:r>
          </w:p>
        </w:tc>
      </w:tr>
      <w:tr w:rsidR="00F824FE" w:rsidRPr="006C3957" w14:paraId="6F95A3C9" w14:textId="77777777" w:rsidTr="000D02B6">
        <w:trPr>
          <w:jc w:val="center"/>
        </w:trPr>
        <w:tc>
          <w:tcPr>
            <w:tcW w:w="1135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38B4899" w14:textId="77777777" w:rsidR="00F824FE" w:rsidRPr="006C3957" w:rsidRDefault="000B4EFD">
            <w:pPr>
              <w:jc w:val="center"/>
              <w:rPr>
                <w:lang w:val="uk-UA"/>
              </w:rPr>
            </w:pPr>
            <w:r w:rsidRPr="006C3957">
              <w:rPr>
                <w:sz w:val="16"/>
                <w:lang w:val="uk-UA"/>
              </w:rPr>
              <w:t>7</w:t>
            </w:r>
          </w:p>
        </w:tc>
        <w:tc>
          <w:tcPr>
            <w:tcW w:w="5245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16CEA2D" w14:textId="77777777" w:rsidR="00F824FE" w:rsidRPr="006C3957" w:rsidRDefault="000B4EFD">
            <w:pPr>
              <w:rPr>
                <w:lang w:val="uk-UA"/>
              </w:rPr>
            </w:pPr>
            <w:r w:rsidRPr="006C3957">
              <w:rPr>
                <w:sz w:val="16"/>
                <w:lang w:val="uk-UA"/>
              </w:rPr>
              <w:t>Планований прибуток</w:t>
            </w:r>
          </w:p>
        </w:tc>
        <w:tc>
          <w:tcPr>
            <w:tcW w:w="256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A60A86C" w14:textId="77777777" w:rsidR="00F824FE" w:rsidRPr="006C3957" w:rsidRDefault="000B4EFD">
            <w:pPr>
              <w:jc w:val="center"/>
              <w:rPr>
                <w:lang w:val="uk-UA"/>
              </w:rPr>
            </w:pPr>
            <w:r w:rsidRPr="006C3957">
              <w:rPr>
                <w:sz w:val="16"/>
                <w:lang w:val="uk-UA"/>
              </w:rPr>
              <w:t>-</w:t>
            </w:r>
          </w:p>
        </w:tc>
        <w:tc>
          <w:tcPr>
            <w:tcW w:w="196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92A1C8A" w14:textId="77777777" w:rsidR="00F824FE" w:rsidRPr="006C3957" w:rsidRDefault="000B4EFD">
            <w:pPr>
              <w:jc w:val="center"/>
              <w:rPr>
                <w:lang w:val="uk-UA"/>
              </w:rPr>
            </w:pPr>
            <w:r w:rsidRPr="006C3957">
              <w:rPr>
                <w:sz w:val="16"/>
                <w:lang w:val="uk-UA"/>
              </w:rPr>
              <w:t>-</w:t>
            </w:r>
          </w:p>
        </w:tc>
      </w:tr>
      <w:tr w:rsidR="00F824FE" w:rsidRPr="006C3957" w14:paraId="17AC9B24" w14:textId="77777777" w:rsidTr="000D02B6">
        <w:trPr>
          <w:jc w:val="center"/>
        </w:trPr>
        <w:tc>
          <w:tcPr>
            <w:tcW w:w="1135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AB94510" w14:textId="77777777" w:rsidR="00F824FE" w:rsidRPr="006C3957" w:rsidRDefault="000B4EFD">
            <w:pPr>
              <w:jc w:val="center"/>
              <w:rPr>
                <w:lang w:val="uk-UA"/>
              </w:rPr>
            </w:pPr>
            <w:r w:rsidRPr="006C3957">
              <w:rPr>
                <w:sz w:val="16"/>
                <w:lang w:val="uk-UA"/>
              </w:rPr>
              <w:t>7.1</w:t>
            </w:r>
          </w:p>
        </w:tc>
        <w:tc>
          <w:tcPr>
            <w:tcW w:w="5245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09B5826" w14:textId="77777777" w:rsidR="00F824FE" w:rsidRPr="006C3957" w:rsidRDefault="000B4EFD">
            <w:pPr>
              <w:rPr>
                <w:lang w:val="uk-UA"/>
              </w:rPr>
            </w:pPr>
            <w:r w:rsidRPr="006C3957">
              <w:rPr>
                <w:sz w:val="16"/>
                <w:lang w:val="uk-UA"/>
              </w:rPr>
              <w:t>Податок на прибуток</w:t>
            </w:r>
          </w:p>
        </w:tc>
        <w:tc>
          <w:tcPr>
            <w:tcW w:w="256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2915B69" w14:textId="77777777" w:rsidR="00F824FE" w:rsidRPr="006C3957" w:rsidRDefault="000B4EFD">
            <w:pPr>
              <w:jc w:val="center"/>
              <w:rPr>
                <w:lang w:val="uk-UA"/>
              </w:rPr>
            </w:pPr>
            <w:r w:rsidRPr="006C3957">
              <w:rPr>
                <w:sz w:val="16"/>
                <w:lang w:val="uk-UA"/>
              </w:rPr>
              <w:t>-</w:t>
            </w:r>
          </w:p>
        </w:tc>
        <w:tc>
          <w:tcPr>
            <w:tcW w:w="196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D6C8811" w14:textId="77777777" w:rsidR="00F824FE" w:rsidRPr="006C3957" w:rsidRDefault="000B4EFD">
            <w:pPr>
              <w:jc w:val="center"/>
              <w:rPr>
                <w:lang w:val="uk-UA"/>
              </w:rPr>
            </w:pPr>
            <w:r w:rsidRPr="006C3957">
              <w:rPr>
                <w:sz w:val="16"/>
                <w:lang w:val="uk-UA"/>
              </w:rPr>
              <w:t>-</w:t>
            </w:r>
          </w:p>
        </w:tc>
      </w:tr>
      <w:tr w:rsidR="00F824FE" w:rsidRPr="006C3957" w14:paraId="331E293C" w14:textId="77777777" w:rsidTr="000D02B6">
        <w:trPr>
          <w:jc w:val="center"/>
        </w:trPr>
        <w:tc>
          <w:tcPr>
            <w:tcW w:w="1135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3C878F0" w14:textId="77777777" w:rsidR="00F824FE" w:rsidRPr="006C3957" w:rsidRDefault="000B4EFD">
            <w:pPr>
              <w:jc w:val="center"/>
              <w:rPr>
                <w:lang w:val="uk-UA"/>
              </w:rPr>
            </w:pPr>
            <w:r w:rsidRPr="006C3957">
              <w:rPr>
                <w:sz w:val="16"/>
                <w:lang w:val="uk-UA"/>
              </w:rPr>
              <w:t>7.2</w:t>
            </w:r>
          </w:p>
        </w:tc>
        <w:tc>
          <w:tcPr>
            <w:tcW w:w="5245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CD46641" w14:textId="77777777" w:rsidR="00F824FE" w:rsidRPr="006C3957" w:rsidRDefault="000B4EFD">
            <w:pPr>
              <w:rPr>
                <w:lang w:val="uk-UA"/>
              </w:rPr>
            </w:pPr>
            <w:r w:rsidRPr="006C3957">
              <w:rPr>
                <w:sz w:val="16"/>
                <w:lang w:val="uk-UA"/>
              </w:rPr>
              <w:t>Чистий прибуток</w:t>
            </w:r>
          </w:p>
        </w:tc>
        <w:tc>
          <w:tcPr>
            <w:tcW w:w="256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B63A801" w14:textId="77777777" w:rsidR="00F824FE" w:rsidRPr="006C3957" w:rsidRDefault="000B4EFD">
            <w:pPr>
              <w:jc w:val="center"/>
              <w:rPr>
                <w:lang w:val="uk-UA"/>
              </w:rPr>
            </w:pPr>
            <w:r w:rsidRPr="006C3957">
              <w:rPr>
                <w:sz w:val="16"/>
                <w:lang w:val="uk-UA"/>
              </w:rPr>
              <w:t>-</w:t>
            </w:r>
          </w:p>
        </w:tc>
        <w:tc>
          <w:tcPr>
            <w:tcW w:w="196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930E06B" w14:textId="77777777" w:rsidR="00F824FE" w:rsidRPr="006C3957" w:rsidRDefault="000B4EFD">
            <w:pPr>
              <w:jc w:val="center"/>
              <w:rPr>
                <w:lang w:val="uk-UA"/>
              </w:rPr>
            </w:pPr>
            <w:r w:rsidRPr="006C3957">
              <w:rPr>
                <w:sz w:val="16"/>
                <w:lang w:val="uk-UA"/>
              </w:rPr>
              <w:t>-</w:t>
            </w:r>
          </w:p>
        </w:tc>
      </w:tr>
      <w:tr w:rsidR="00F824FE" w:rsidRPr="006C3957" w14:paraId="4F40834E" w14:textId="77777777" w:rsidTr="000D02B6">
        <w:trPr>
          <w:jc w:val="center"/>
        </w:trPr>
        <w:tc>
          <w:tcPr>
            <w:tcW w:w="1135" w:type="dxa"/>
            <w:shd w:val="clear" w:color="auto" w:fill="EAF2F8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720BDC3" w14:textId="77777777" w:rsidR="00F824FE" w:rsidRPr="006C3957" w:rsidRDefault="000B4EFD">
            <w:pPr>
              <w:jc w:val="center"/>
              <w:rPr>
                <w:lang w:val="uk-UA"/>
              </w:rPr>
            </w:pPr>
            <w:r w:rsidRPr="006C3957">
              <w:rPr>
                <w:b/>
                <w:sz w:val="16"/>
                <w:lang w:val="uk-UA"/>
              </w:rPr>
              <w:t>8</w:t>
            </w:r>
          </w:p>
        </w:tc>
        <w:tc>
          <w:tcPr>
            <w:tcW w:w="5245" w:type="dxa"/>
            <w:shd w:val="clear" w:color="auto" w:fill="EAF2F8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E1CA8F3" w14:textId="77777777" w:rsidR="00F824FE" w:rsidRPr="006C3957" w:rsidRDefault="000B4EFD">
            <w:pPr>
              <w:rPr>
                <w:lang w:val="uk-UA"/>
              </w:rPr>
            </w:pPr>
            <w:r w:rsidRPr="006C3957">
              <w:rPr>
                <w:b/>
                <w:sz w:val="16"/>
                <w:lang w:val="uk-UA"/>
              </w:rPr>
              <w:t>Тариф без ПДВ, грн/м³</w:t>
            </w:r>
          </w:p>
        </w:tc>
        <w:tc>
          <w:tcPr>
            <w:tcW w:w="2564" w:type="dxa"/>
            <w:shd w:val="clear" w:color="auto" w:fill="EAF2F8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C8A3437" w14:textId="77777777" w:rsidR="00F824FE" w:rsidRPr="006C3957" w:rsidRDefault="000B4EFD">
            <w:pPr>
              <w:jc w:val="center"/>
              <w:rPr>
                <w:lang w:val="uk-UA"/>
              </w:rPr>
            </w:pPr>
            <w:r w:rsidRPr="006C3957">
              <w:rPr>
                <w:b/>
                <w:sz w:val="16"/>
                <w:lang w:val="uk-UA"/>
              </w:rPr>
              <w:t>40,56</w:t>
            </w:r>
          </w:p>
        </w:tc>
        <w:tc>
          <w:tcPr>
            <w:tcW w:w="1966" w:type="dxa"/>
            <w:shd w:val="clear" w:color="auto" w:fill="EAF2F8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D01F5D2" w14:textId="77777777" w:rsidR="00F824FE" w:rsidRPr="006C3957" w:rsidRDefault="000B4EFD">
            <w:pPr>
              <w:jc w:val="center"/>
              <w:rPr>
                <w:lang w:val="uk-UA"/>
              </w:rPr>
            </w:pPr>
            <w:r w:rsidRPr="006C3957">
              <w:rPr>
                <w:b/>
                <w:sz w:val="16"/>
                <w:lang w:val="uk-UA"/>
              </w:rPr>
              <w:t>90,87</w:t>
            </w:r>
          </w:p>
        </w:tc>
      </w:tr>
      <w:tr w:rsidR="00F824FE" w:rsidRPr="006C3957" w14:paraId="1D0BB5EB" w14:textId="77777777" w:rsidTr="000D02B6">
        <w:trPr>
          <w:jc w:val="center"/>
        </w:trPr>
        <w:tc>
          <w:tcPr>
            <w:tcW w:w="1135" w:type="dxa"/>
            <w:shd w:val="clear" w:color="auto" w:fill="EAF2F8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8FA37A6" w14:textId="77777777" w:rsidR="00F824FE" w:rsidRPr="006C3957" w:rsidRDefault="000B4EFD">
            <w:pPr>
              <w:jc w:val="center"/>
              <w:rPr>
                <w:lang w:val="uk-UA"/>
              </w:rPr>
            </w:pPr>
            <w:r w:rsidRPr="006C3957">
              <w:rPr>
                <w:b/>
                <w:sz w:val="16"/>
                <w:lang w:val="uk-UA"/>
              </w:rPr>
              <w:t>9</w:t>
            </w:r>
          </w:p>
        </w:tc>
        <w:tc>
          <w:tcPr>
            <w:tcW w:w="5245" w:type="dxa"/>
            <w:shd w:val="clear" w:color="auto" w:fill="EAF2F8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235E639" w14:textId="77777777" w:rsidR="00F824FE" w:rsidRPr="006C3957" w:rsidRDefault="000B4EFD">
            <w:pPr>
              <w:rPr>
                <w:lang w:val="uk-UA"/>
              </w:rPr>
            </w:pPr>
            <w:r w:rsidRPr="006C3957">
              <w:rPr>
                <w:b/>
                <w:sz w:val="16"/>
                <w:lang w:val="uk-UA"/>
              </w:rPr>
              <w:t>ПДВ, грн/м³</w:t>
            </w:r>
          </w:p>
        </w:tc>
        <w:tc>
          <w:tcPr>
            <w:tcW w:w="2564" w:type="dxa"/>
            <w:shd w:val="clear" w:color="auto" w:fill="EAF2F8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8CDE98E" w14:textId="77777777" w:rsidR="00F824FE" w:rsidRPr="006C3957" w:rsidRDefault="000B4EFD">
            <w:pPr>
              <w:jc w:val="center"/>
              <w:rPr>
                <w:lang w:val="uk-UA"/>
              </w:rPr>
            </w:pPr>
            <w:r w:rsidRPr="006C3957">
              <w:rPr>
                <w:b/>
                <w:sz w:val="16"/>
                <w:lang w:val="uk-UA"/>
              </w:rPr>
              <w:t>8,11</w:t>
            </w:r>
          </w:p>
        </w:tc>
        <w:tc>
          <w:tcPr>
            <w:tcW w:w="1966" w:type="dxa"/>
            <w:shd w:val="clear" w:color="auto" w:fill="EAF2F8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E85C60C" w14:textId="77777777" w:rsidR="00F824FE" w:rsidRPr="006C3957" w:rsidRDefault="000B4EFD">
            <w:pPr>
              <w:jc w:val="center"/>
              <w:rPr>
                <w:lang w:val="uk-UA"/>
              </w:rPr>
            </w:pPr>
            <w:r w:rsidRPr="006C3957">
              <w:rPr>
                <w:b/>
                <w:sz w:val="16"/>
                <w:lang w:val="uk-UA"/>
              </w:rPr>
              <w:t>18,17</w:t>
            </w:r>
          </w:p>
        </w:tc>
      </w:tr>
      <w:tr w:rsidR="00F824FE" w:rsidRPr="006C3957" w14:paraId="39F60F7D" w14:textId="77777777" w:rsidTr="000D02B6">
        <w:trPr>
          <w:jc w:val="center"/>
        </w:trPr>
        <w:tc>
          <w:tcPr>
            <w:tcW w:w="1135" w:type="dxa"/>
            <w:shd w:val="clear" w:color="auto" w:fill="EAF2F8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54EC013" w14:textId="77777777" w:rsidR="00F824FE" w:rsidRPr="006C3957" w:rsidRDefault="000B4EFD">
            <w:pPr>
              <w:jc w:val="center"/>
              <w:rPr>
                <w:lang w:val="uk-UA"/>
              </w:rPr>
            </w:pPr>
            <w:r w:rsidRPr="006C3957">
              <w:rPr>
                <w:b/>
                <w:sz w:val="16"/>
                <w:lang w:val="uk-UA"/>
              </w:rPr>
              <w:t>10</w:t>
            </w:r>
          </w:p>
        </w:tc>
        <w:tc>
          <w:tcPr>
            <w:tcW w:w="5245" w:type="dxa"/>
            <w:shd w:val="clear" w:color="auto" w:fill="EAF2F8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92B9297" w14:textId="77777777" w:rsidR="00F824FE" w:rsidRPr="006C3957" w:rsidRDefault="000B4EFD">
            <w:pPr>
              <w:rPr>
                <w:lang w:val="uk-UA"/>
              </w:rPr>
            </w:pPr>
            <w:r w:rsidRPr="006C3957">
              <w:rPr>
                <w:b/>
                <w:sz w:val="16"/>
                <w:lang w:val="uk-UA"/>
              </w:rPr>
              <w:t>Тариф з ПДВ, грн/м³</w:t>
            </w:r>
          </w:p>
        </w:tc>
        <w:tc>
          <w:tcPr>
            <w:tcW w:w="2564" w:type="dxa"/>
            <w:shd w:val="clear" w:color="auto" w:fill="EAF2F8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7A35DBC" w14:textId="77777777" w:rsidR="00F824FE" w:rsidRPr="006C3957" w:rsidRDefault="000B4EFD">
            <w:pPr>
              <w:jc w:val="center"/>
              <w:rPr>
                <w:lang w:val="uk-UA"/>
              </w:rPr>
            </w:pPr>
            <w:r w:rsidRPr="006C3957">
              <w:rPr>
                <w:b/>
                <w:sz w:val="16"/>
                <w:lang w:val="uk-UA"/>
              </w:rPr>
              <w:t>48,67</w:t>
            </w:r>
          </w:p>
        </w:tc>
        <w:tc>
          <w:tcPr>
            <w:tcW w:w="1966" w:type="dxa"/>
            <w:shd w:val="clear" w:color="auto" w:fill="EAF2F8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14FB597" w14:textId="77777777" w:rsidR="00F824FE" w:rsidRPr="006C3957" w:rsidRDefault="000B4EFD">
            <w:pPr>
              <w:jc w:val="center"/>
              <w:rPr>
                <w:lang w:val="uk-UA"/>
              </w:rPr>
            </w:pPr>
            <w:r w:rsidRPr="006C3957">
              <w:rPr>
                <w:b/>
                <w:sz w:val="16"/>
                <w:lang w:val="uk-UA"/>
              </w:rPr>
              <w:t>109,04</w:t>
            </w:r>
          </w:p>
        </w:tc>
      </w:tr>
    </w:tbl>
    <w:p w14:paraId="3CEF4D76" w14:textId="77777777" w:rsidR="000B4EFD" w:rsidRDefault="000B4EFD">
      <w:pPr>
        <w:rPr>
          <w:lang w:val="uk-UA"/>
        </w:rPr>
      </w:pPr>
    </w:p>
    <w:p w14:paraId="7E5C7CE6" w14:textId="77777777" w:rsidR="00884D6A" w:rsidRDefault="00884D6A">
      <w:pPr>
        <w:rPr>
          <w:lang w:val="uk-UA"/>
        </w:rPr>
      </w:pPr>
    </w:p>
    <w:p w14:paraId="58FAB288" w14:textId="77777777" w:rsidR="00F312C4" w:rsidRDefault="00884D6A">
      <w:pPr>
        <w:rPr>
          <w:b/>
          <w:bCs/>
          <w:lang w:val="uk-UA"/>
        </w:rPr>
      </w:pPr>
      <w:r w:rsidRPr="00884D6A">
        <w:rPr>
          <w:b/>
          <w:bCs/>
          <w:lang w:val="uk-UA"/>
        </w:rPr>
        <w:t xml:space="preserve">В.о. </w:t>
      </w:r>
      <w:r w:rsidR="00F312C4">
        <w:rPr>
          <w:b/>
          <w:bCs/>
          <w:lang w:val="uk-UA"/>
        </w:rPr>
        <w:t xml:space="preserve">начальника </w:t>
      </w:r>
    </w:p>
    <w:p w14:paraId="0AED9EB4" w14:textId="02D5A9F7" w:rsidR="00884D6A" w:rsidRPr="00884D6A" w:rsidRDefault="00F312C4">
      <w:pPr>
        <w:rPr>
          <w:b/>
          <w:bCs/>
          <w:lang w:val="uk-UA"/>
        </w:rPr>
      </w:pPr>
      <w:r>
        <w:rPr>
          <w:b/>
          <w:bCs/>
          <w:lang w:val="uk-UA"/>
        </w:rPr>
        <w:t>управління ЖКГ та КБ                                                    Аліна КОССАКОВСЬКА</w:t>
      </w:r>
    </w:p>
    <w:sectPr w:rsidR="00884D6A" w:rsidRPr="00884D6A" w:rsidSect="000D02B6">
      <w:pgSz w:w="12240" w:h="15840"/>
      <w:pgMar w:top="284" w:right="567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38874874">
    <w:abstractNumId w:val="8"/>
  </w:num>
  <w:num w:numId="2" w16cid:durableId="1069694708">
    <w:abstractNumId w:val="6"/>
  </w:num>
  <w:num w:numId="3" w16cid:durableId="744107235">
    <w:abstractNumId w:val="5"/>
  </w:num>
  <w:num w:numId="4" w16cid:durableId="1944414229">
    <w:abstractNumId w:val="4"/>
  </w:num>
  <w:num w:numId="5" w16cid:durableId="963193709">
    <w:abstractNumId w:val="7"/>
  </w:num>
  <w:num w:numId="6" w16cid:durableId="1231232851">
    <w:abstractNumId w:val="3"/>
  </w:num>
  <w:num w:numId="7" w16cid:durableId="1224025631">
    <w:abstractNumId w:val="2"/>
  </w:num>
  <w:num w:numId="8" w16cid:durableId="1435786420">
    <w:abstractNumId w:val="1"/>
  </w:num>
  <w:num w:numId="9" w16cid:durableId="2119906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4EFD"/>
    <w:rsid w:val="000D02B6"/>
    <w:rsid w:val="00137D61"/>
    <w:rsid w:val="0015074B"/>
    <w:rsid w:val="0023589E"/>
    <w:rsid w:val="0029639D"/>
    <w:rsid w:val="00311455"/>
    <w:rsid w:val="00326F90"/>
    <w:rsid w:val="00445850"/>
    <w:rsid w:val="0048670D"/>
    <w:rsid w:val="006C3957"/>
    <w:rsid w:val="0072008C"/>
    <w:rsid w:val="00884D6A"/>
    <w:rsid w:val="0099000B"/>
    <w:rsid w:val="00AA1D8D"/>
    <w:rsid w:val="00B47730"/>
    <w:rsid w:val="00CB0664"/>
    <w:rsid w:val="00E90A79"/>
    <w:rsid w:val="00F12D99"/>
    <w:rsid w:val="00F312C4"/>
    <w:rsid w:val="00F824F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937547"/>
  <w14:defaultImageDpi w14:val="300"/>
  <w15:docId w15:val="{0765E47A-D10D-4F16-AD47-24AE73FAA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Times New Roman" w:eastAsia="Times New Roman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3148223-A82C-4B96-A63E-BAF8EB3D46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3798</Words>
  <Characters>2165</Characters>
  <Application>Microsoft Office Word</Application>
  <DocSecurity>0</DocSecurity>
  <Lines>18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5952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Людмила Шершень</cp:lastModifiedBy>
  <cp:revision>7</cp:revision>
  <cp:lastPrinted>2026-10-12T09:14:00Z</cp:lastPrinted>
  <dcterms:created xsi:type="dcterms:W3CDTF">2026-10-09T10:21:00Z</dcterms:created>
  <dcterms:modified xsi:type="dcterms:W3CDTF">2026-10-12T09:15:00Z</dcterms:modified>
  <cp:category/>
</cp:coreProperties>
</file>